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17B85" w14:textId="77777777" w:rsidR="002A2056" w:rsidRDefault="00107C14">
      <w:pPr>
        <w:spacing w:after="60"/>
        <w:jc w:val="center"/>
      </w:pPr>
      <w:r>
        <w:rPr>
          <w:b/>
          <w:color w:val="1F4E78"/>
          <w:sz w:val="30"/>
        </w:rPr>
        <w:t>TRABZON ÜNİVERSİTESİ</w:t>
      </w:r>
    </w:p>
    <w:p w14:paraId="7FFCA010" w14:textId="77777777" w:rsidR="002A2056" w:rsidRDefault="00107C14">
      <w:pPr>
        <w:spacing w:after="40"/>
        <w:jc w:val="center"/>
      </w:pPr>
      <w:r>
        <w:rPr>
          <w:b/>
          <w:sz w:val="24"/>
        </w:rPr>
        <w:t>KALİTE GÜVENCE YÖNETİM SİSTEMİ (KGYS)</w:t>
      </w:r>
    </w:p>
    <w:p w14:paraId="199584AB" w14:textId="77777777" w:rsidR="002A2056" w:rsidRDefault="00107C14">
      <w:pPr>
        <w:spacing w:after="180"/>
        <w:jc w:val="center"/>
      </w:pPr>
      <w:r>
        <w:rPr>
          <w:b/>
          <w:color w:val="C00000"/>
          <w:sz w:val="34"/>
        </w:rPr>
        <w:t>FAALİYET VERİ BİLDİRİM FORMU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96"/>
      </w:tblGrid>
      <w:tr w:rsidR="002A2056" w14:paraId="655C19E9" w14:textId="77777777">
        <w:tc>
          <w:tcPr>
            <w:tcW w:w="10596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80F5B88" w14:textId="77777777" w:rsidR="002A2056" w:rsidRDefault="00107C14">
            <w:pPr>
              <w:spacing w:after="0" w:line="240" w:lineRule="auto"/>
            </w:pPr>
            <w:r>
              <w:rPr>
                <w:b/>
                <w:color w:val="1F4E78"/>
                <w:sz w:val="19"/>
              </w:rPr>
              <w:t>KULLANIM AMACI VE DOLDURMA KURALI</w:t>
            </w:r>
          </w:p>
          <w:p w14:paraId="203727DB" w14:textId="77777777" w:rsidR="002A2056" w:rsidRDefault="00107C14">
            <w:pPr>
              <w:spacing w:after="0" w:line="240" w:lineRule="auto"/>
            </w:pPr>
            <w:r>
              <w:rPr>
                <w:sz w:val="17"/>
              </w:rPr>
              <w:t xml:space="preserve">• Bu form, </w:t>
            </w:r>
            <w:proofErr w:type="spellStart"/>
            <w:r>
              <w:rPr>
                <w:sz w:val="17"/>
              </w:rPr>
              <w:t>gerçekleştirilecek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gerçekleştirilen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faaliyete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ilişkin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bilgilerin</w:t>
            </w:r>
            <w:proofErr w:type="spellEnd"/>
            <w:r>
              <w:rPr>
                <w:sz w:val="17"/>
              </w:rPr>
              <w:t xml:space="preserve"> KGYS </w:t>
            </w:r>
            <w:proofErr w:type="spellStart"/>
            <w:r>
              <w:rPr>
                <w:sz w:val="17"/>
              </w:rPr>
              <w:t>Birim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Faaliyet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Giriş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Sorumlusuna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eksiksiz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standart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biçimde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iletilmesi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amacıyla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hazırlanmıştır</w:t>
            </w:r>
            <w:proofErr w:type="spellEnd"/>
            <w:r>
              <w:rPr>
                <w:sz w:val="17"/>
              </w:rPr>
              <w:t>.</w:t>
            </w:r>
          </w:p>
          <w:p w14:paraId="7F00BFEA" w14:textId="77777777" w:rsidR="002A2056" w:rsidRDefault="00107C14">
            <w:pPr>
              <w:spacing w:after="0" w:line="240" w:lineRule="auto"/>
            </w:pPr>
            <w:r>
              <w:rPr>
                <w:sz w:val="17"/>
              </w:rPr>
              <w:t xml:space="preserve">• “*” </w:t>
            </w:r>
            <w:proofErr w:type="spellStart"/>
            <w:r>
              <w:rPr>
                <w:sz w:val="17"/>
              </w:rPr>
              <w:t>ile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işaretli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alanlar</w:t>
            </w:r>
            <w:proofErr w:type="spellEnd"/>
            <w:r>
              <w:rPr>
                <w:sz w:val="17"/>
              </w:rPr>
              <w:t xml:space="preserve"> KGYS </w:t>
            </w:r>
            <w:proofErr w:type="spellStart"/>
            <w:r>
              <w:rPr>
                <w:sz w:val="17"/>
              </w:rPr>
              <w:t>ekranında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zorunlu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alanlardır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Seçimli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alanlarda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uygun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kutuyu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işaretleyiniz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Birden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fazla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kayıt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girilebilen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alanlarda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gerekli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sayıda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satırı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doldurunuz</w:t>
            </w:r>
            <w:proofErr w:type="spellEnd"/>
            <w:r>
              <w:rPr>
                <w:sz w:val="17"/>
              </w:rPr>
              <w:t>.</w:t>
            </w:r>
          </w:p>
          <w:p w14:paraId="6B94FBF3" w14:textId="77777777" w:rsidR="002A2056" w:rsidRDefault="00107C14">
            <w:pPr>
              <w:spacing w:after="0" w:line="240" w:lineRule="auto"/>
              <w:rPr>
                <w:sz w:val="17"/>
              </w:rPr>
            </w:pPr>
            <w:r>
              <w:rPr>
                <w:sz w:val="17"/>
              </w:rPr>
              <w:t xml:space="preserve">• </w:t>
            </w:r>
            <w:proofErr w:type="spellStart"/>
            <w:r>
              <w:rPr>
                <w:sz w:val="17"/>
              </w:rPr>
              <w:t>Formdaki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bilgiler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faaliyet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sorumlusu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ilgili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birim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tarafından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hazırlanır</w:t>
            </w:r>
            <w:proofErr w:type="spellEnd"/>
            <w:r>
              <w:rPr>
                <w:sz w:val="17"/>
              </w:rPr>
              <w:t xml:space="preserve">; </w:t>
            </w:r>
            <w:proofErr w:type="spellStart"/>
            <w:r>
              <w:rPr>
                <w:sz w:val="17"/>
              </w:rPr>
              <w:t>Birim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Faaliyet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Giriş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Sorumlusu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bilgileri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KGYS’ye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aktarır</w:t>
            </w:r>
            <w:proofErr w:type="spellEnd"/>
            <w:r>
              <w:rPr>
                <w:sz w:val="17"/>
              </w:rPr>
              <w:t>.</w:t>
            </w:r>
          </w:p>
          <w:p w14:paraId="5ACF7F86" w14:textId="77777777" w:rsidR="00B22CB2" w:rsidRDefault="00B22CB2">
            <w:pPr>
              <w:spacing w:after="0" w:line="240" w:lineRule="auto"/>
            </w:pPr>
          </w:p>
        </w:tc>
      </w:tr>
    </w:tbl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82"/>
        <w:gridCol w:w="6856"/>
      </w:tblGrid>
      <w:tr w:rsidR="002A2056" w14:paraId="5CAB91E8" w14:textId="77777777" w:rsidTr="00EB295C">
        <w:trPr>
          <w:jc w:val="center"/>
        </w:trPr>
        <w:tc>
          <w:tcPr>
            <w:tcW w:w="27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ADE82" w14:textId="77777777" w:rsidR="002A2056" w:rsidRDefault="00107C14">
            <w:proofErr w:type="spellStart"/>
            <w:r>
              <w:rPr>
                <w:b/>
              </w:rPr>
              <w:t>Formu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Hazırlayan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İleten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Kişi</w:t>
            </w:r>
            <w:proofErr w:type="spellEnd"/>
          </w:p>
        </w:tc>
        <w:tc>
          <w:tcPr>
            <w:tcW w:w="6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16D30E" w14:textId="77777777" w:rsidR="002A2056" w:rsidRDefault="002A2056"/>
        </w:tc>
      </w:tr>
      <w:tr w:rsidR="002A2056" w14:paraId="4F39DF88" w14:textId="77777777" w:rsidTr="00EB295C">
        <w:trPr>
          <w:jc w:val="center"/>
        </w:trPr>
        <w:tc>
          <w:tcPr>
            <w:tcW w:w="27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09589C" w14:textId="77777777" w:rsidR="002A2056" w:rsidRDefault="00107C14">
            <w:r>
              <w:rPr>
                <w:b/>
              </w:rPr>
              <w:t>Tarih</w:t>
            </w:r>
          </w:p>
        </w:tc>
        <w:tc>
          <w:tcPr>
            <w:tcW w:w="6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991EA8" w14:textId="77777777" w:rsidR="002A2056" w:rsidRDefault="00EB295C">
            <w:r>
              <w:rPr>
                <w:color w:val="464646"/>
              </w:rPr>
              <w:t xml:space="preserve">      /    / 2026</w:t>
            </w:r>
          </w:p>
        </w:tc>
      </w:tr>
    </w:tbl>
    <w:p w14:paraId="7A414FB3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081A4FF1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69B8A6D" w14:textId="77777777" w:rsidR="002A2056" w:rsidRDefault="00107C14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1. TEMEL BİLGİLER</w:t>
            </w:r>
          </w:p>
        </w:tc>
      </w:tr>
    </w:tbl>
    <w:p w14:paraId="747989F1" w14:textId="77777777" w:rsidR="002A2056" w:rsidRDefault="00107C14">
      <w:pPr>
        <w:spacing w:before="60" w:after="120"/>
      </w:pPr>
      <w:r>
        <w:rPr>
          <w:i/>
          <w:color w:val="5A5A5A"/>
          <w:sz w:val="17"/>
        </w:rPr>
        <w:t xml:space="preserve">KGYS &gt; </w:t>
      </w:r>
      <w:proofErr w:type="spellStart"/>
      <w:r>
        <w:rPr>
          <w:i/>
          <w:color w:val="5A5A5A"/>
          <w:sz w:val="17"/>
        </w:rPr>
        <w:t>Faaliyet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Girişi</w:t>
      </w:r>
      <w:proofErr w:type="spellEnd"/>
      <w:r>
        <w:rPr>
          <w:i/>
          <w:color w:val="5A5A5A"/>
          <w:sz w:val="17"/>
        </w:rPr>
        <w:t xml:space="preserve"> &gt; </w:t>
      </w:r>
      <w:proofErr w:type="spellStart"/>
      <w:r>
        <w:rPr>
          <w:i/>
          <w:color w:val="5A5A5A"/>
          <w:sz w:val="17"/>
        </w:rPr>
        <w:t>Temel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Bilgiler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204"/>
        <w:gridCol w:w="6382"/>
      </w:tblGrid>
      <w:tr w:rsidR="002A2056" w14:paraId="3606E7B4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DE7FF" w14:textId="77777777" w:rsidR="002A2056" w:rsidRDefault="00107C14">
            <w:proofErr w:type="spellStart"/>
            <w:r>
              <w:rPr>
                <w:b/>
              </w:rPr>
              <w:t>Faaliyeti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Girdiğiniz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Birim</w:t>
            </w:r>
            <w:proofErr w:type="spellEnd"/>
            <w:r>
              <w:rPr>
                <w:b/>
              </w:rPr>
              <w:t xml:space="preserve">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AA0ECF" w14:textId="77777777" w:rsidR="002A2056" w:rsidRDefault="00E64D4C">
            <w:sdt>
              <w:sdtPr>
                <w:alias w:val="FAALIYET_BIRIMI"/>
                <w:tag w:val="FAALIYET_BIRIMI"/>
                <w:id w:val="320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107C14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  <w:tr w:rsidR="002A2056" w14:paraId="77EE10B3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3A953" w14:textId="77777777" w:rsidR="002A2056" w:rsidRDefault="00107C14">
            <w:proofErr w:type="spellStart"/>
            <w:r>
              <w:rPr>
                <w:b/>
              </w:rPr>
              <w:t>Faaliyet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Adı</w:t>
            </w:r>
            <w:proofErr w:type="spellEnd"/>
            <w:r>
              <w:rPr>
                <w:b/>
              </w:rPr>
              <w:t xml:space="preserve">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B3B330" w14:textId="77777777" w:rsidR="002A2056" w:rsidRDefault="00107C14">
            <w:r>
              <w:rPr>
                <w:color w:val="464646"/>
              </w:rPr>
              <w:t>............................................................................................................................</w:t>
            </w:r>
          </w:p>
        </w:tc>
      </w:tr>
      <w:tr w:rsidR="002A2056" w14:paraId="4B605A9A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3A22F" w14:textId="77777777" w:rsidR="002A2056" w:rsidRDefault="00107C14">
            <w:proofErr w:type="spellStart"/>
            <w:r>
              <w:rPr>
                <w:b/>
              </w:rPr>
              <w:t>Faaliyet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Açıklaması</w:t>
            </w:r>
            <w:proofErr w:type="spellEnd"/>
            <w:r>
              <w:rPr>
                <w:b/>
              </w:rPr>
              <w:t xml:space="preserve">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1A1FE" w14:textId="77777777" w:rsidR="002A2056" w:rsidRDefault="00107C14">
            <w:r>
              <w:rPr>
                <w:color w:val="464646"/>
              </w:rPr>
              <w:t>............................................................................................................................</w:t>
            </w:r>
            <w:r>
              <w:rPr>
                <w:color w:val="464646"/>
              </w:rPr>
              <w:br/>
              <w:t>............................................................................................................................</w:t>
            </w:r>
          </w:p>
        </w:tc>
      </w:tr>
      <w:tr w:rsidR="002A2056" w14:paraId="102D91BE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0A1CF" w14:textId="77777777" w:rsidR="002A2056" w:rsidRDefault="00107C14">
            <w:proofErr w:type="spellStart"/>
            <w:r>
              <w:rPr>
                <w:b/>
              </w:rPr>
              <w:t>Planlanan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Başlangıç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  <w:r>
              <w:rPr>
                <w:b/>
              </w:rPr>
              <w:t xml:space="preserve">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CC5033" w14:textId="77777777" w:rsidR="002A2056" w:rsidRDefault="00107C14">
            <w:r>
              <w:rPr>
                <w:color w:val="464646"/>
              </w:rPr>
              <w:t>...... / ...... / 20......</w:t>
            </w:r>
          </w:p>
        </w:tc>
      </w:tr>
      <w:tr w:rsidR="002A2056" w14:paraId="122E8C90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3CD800" w14:textId="77777777" w:rsidR="002A2056" w:rsidRDefault="00107C14">
            <w:proofErr w:type="spellStart"/>
            <w:r>
              <w:rPr>
                <w:b/>
              </w:rPr>
              <w:t>Planlanan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Bitiş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  <w:r>
              <w:rPr>
                <w:b/>
              </w:rPr>
              <w:t xml:space="preserve">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3757C3" w14:textId="77777777" w:rsidR="002A2056" w:rsidRDefault="00107C14">
            <w:r>
              <w:rPr>
                <w:color w:val="464646"/>
              </w:rPr>
              <w:t>...... / ...... / 20......</w:t>
            </w:r>
          </w:p>
        </w:tc>
      </w:tr>
    </w:tbl>
    <w:p w14:paraId="1ED3370C" w14:textId="77777777" w:rsidR="002A2056" w:rsidRDefault="002A2056">
      <w:pPr>
        <w:spacing w:after="40"/>
      </w:pPr>
    </w:p>
    <w:p w14:paraId="27F38CD2" w14:textId="77777777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t>Faaliyet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Türü</w:t>
      </w:r>
      <w:proofErr w:type="spellEnd"/>
      <w:r>
        <w:rPr>
          <w:b/>
          <w:color w:val="1F4E78"/>
          <w:sz w:val="19"/>
        </w:rPr>
        <w:t xml:space="preserve"> *</w:t>
      </w:r>
      <w:r>
        <w:rPr>
          <w:i/>
          <w:color w:val="5A5A5A"/>
          <w:sz w:val="16"/>
        </w:rPr>
        <w:t xml:space="preserve">  Bir </w:t>
      </w:r>
      <w:proofErr w:type="spellStart"/>
      <w:r>
        <w:rPr>
          <w:i/>
          <w:color w:val="5A5A5A"/>
          <w:sz w:val="16"/>
        </w:rPr>
        <w:t>seçenek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işaretleyiniz</w:t>
      </w:r>
      <w:proofErr w:type="spellEnd"/>
      <w:r>
        <w:rPr>
          <w:i/>
          <w:color w:val="5A5A5A"/>
          <w:sz w:val="16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3"/>
        <w:gridCol w:w="5293"/>
      </w:tblGrid>
      <w:tr w:rsidR="002A2056" w14:paraId="33D3027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6E1660" w14:textId="77777777" w:rsidR="002A2056" w:rsidRDefault="00E64D4C">
            <w:sdt>
              <w:sdtPr>
                <w:alias w:val="CHECK_3004"/>
                <w:tag w:val="CHECK_3004"/>
                <w:id w:val="3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Toplantı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5D42A8" w14:textId="77777777" w:rsidR="002A2056" w:rsidRDefault="00E64D4C">
            <w:sdt>
              <w:sdtPr>
                <w:alias w:val="CHECK_3005"/>
                <w:tag w:val="CHECK_3005"/>
                <w:id w:val="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Bilgilendirme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Toplantısı</w:t>
            </w:r>
            <w:proofErr w:type="spellEnd"/>
          </w:p>
        </w:tc>
      </w:tr>
      <w:tr w:rsidR="002A2056" w14:paraId="230A0C3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1199F8" w14:textId="77777777" w:rsidR="002A2056" w:rsidRDefault="00E64D4C">
            <w:sdt>
              <w:sdtPr>
                <w:alias w:val="CHECK_3006"/>
                <w:tag w:val="CHECK_3006"/>
                <w:id w:val="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Kurul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Komisyon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Toplantısı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B4C8EAB" w14:textId="77777777" w:rsidR="002A2056" w:rsidRDefault="00E64D4C">
            <w:sdt>
              <w:sdtPr>
                <w:alias w:val="CHECK_3007"/>
                <w:tag w:val="CHECK_3007"/>
                <w:id w:val="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İç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Dış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Paydaş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Toplantısı</w:t>
            </w:r>
            <w:proofErr w:type="spellEnd"/>
          </w:p>
        </w:tc>
      </w:tr>
      <w:tr w:rsidR="002A2056" w14:paraId="6CB21144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836881" w14:textId="77777777" w:rsidR="002A2056" w:rsidRDefault="00E64D4C">
            <w:sdt>
              <w:sdtPr>
                <w:alias w:val="CHECK_3008"/>
                <w:tag w:val="CHECK_3008"/>
                <w:id w:val="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Danışma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Kurulu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Toplantısı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4D047C" w14:textId="77777777" w:rsidR="002A2056" w:rsidRDefault="00E64D4C">
            <w:sdt>
              <w:sdtPr>
                <w:alias w:val="CHECK_3009"/>
                <w:tag w:val="CHECK_3009"/>
                <w:id w:val="3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Eğitim</w:t>
            </w:r>
            <w:proofErr w:type="spellEnd"/>
          </w:p>
        </w:tc>
      </w:tr>
      <w:tr w:rsidR="002A2056" w14:paraId="6A16A33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4D403D" w14:textId="77777777" w:rsidR="002A2056" w:rsidRDefault="00E64D4C">
            <w:sdt>
              <w:sdtPr>
                <w:alias w:val="CHECK_3010"/>
                <w:tag w:val="CHECK_3010"/>
                <w:id w:val="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Hizmet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İçi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Eğitim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A6123D" w14:textId="77777777" w:rsidR="002A2056" w:rsidRDefault="00E64D4C">
            <w:sdt>
              <w:sdtPr>
                <w:alias w:val="CHECK_3011"/>
                <w:tag w:val="CHECK_3011"/>
                <w:id w:val="3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Seminer</w:t>
            </w:r>
            <w:proofErr w:type="spellEnd"/>
          </w:p>
        </w:tc>
      </w:tr>
      <w:tr w:rsidR="002A2056" w14:paraId="48139D35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7FAABB" w14:textId="77777777" w:rsidR="002A2056" w:rsidRDefault="00E64D4C">
            <w:sdt>
              <w:sdtPr>
                <w:alias w:val="CHECK_3012"/>
                <w:tag w:val="CHECK_3012"/>
                <w:id w:val="3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Konferans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9C57B30" w14:textId="77777777" w:rsidR="002A2056" w:rsidRDefault="00E64D4C">
            <w:sdt>
              <w:sdtPr>
                <w:alias w:val="CHECK_3013"/>
                <w:tag w:val="CHECK_3013"/>
                <w:id w:val="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Panel</w:t>
            </w:r>
          </w:p>
        </w:tc>
      </w:tr>
      <w:tr w:rsidR="002A2056" w14:paraId="2429D699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82C525" w14:textId="77777777" w:rsidR="002A2056" w:rsidRDefault="00E64D4C">
            <w:sdt>
              <w:sdtPr>
                <w:alias w:val="CHECK_3014"/>
                <w:tag w:val="CHECK_3014"/>
                <w:id w:val="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Çalıştay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AD1F827" w14:textId="77777777" w:rsidR="002A2056" w:rsidRDefault="00E64D4C">
            <w:sdt>
              <w:sdtPr>
                <w:alias w:val="CHECK_3015"/>
                <w:tag w:val="CHECK_3015"/>
                <w:id w:val="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Kurs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Sertifika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Programı</w:t>
            </w:r>
            <w:proofErr w:type="spellEnd"/>
          </w:p>
        </w:tc>
      </w:tr>
      <w:tr w:rsidR="002A2056" w14:paraId="728A5FC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A6AAB" w14:textId="77777777" w:rsidR="002A2056" w:rsidRDefault="00E64D4C">
            <w:sdt>
              <w:sdtPr>
                <w:alias w:val="CHECK_3016"/>
                <w:tag w:val="CHECK_3016"/>
                <w:id w:val="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Anket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7B2014" w14:textId="77777777" w:rsidR="002A2056" w:rsidRDefault="00E64D4C">
            <w:sdt>
              <w:sdtPr>
                <w:alias w:val="CHECK_3017"/>
                <w:tag w:val="CHECK_3017"/>
                <w:id w:val="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Odak Grup Görüşmesi</w:t>
            </w:r>
          </w:p>
        </w:tc>
      </w:tr>
      <w:tr w:rsidR="002A2056" w14:paraId="7BFDCC9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893E31" w14:textId="77777777" w:rsidR="002A2056" w:rsidRDefault="00E64D4C">
            <w:sdt>
              <w:sdtPr>
                <w:alias w:val="CHECK_3018"/>
                <w:tag w:val="CHECK_3018"/>
                <w:id w:val="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Proje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23C307" w14:textId="77777777" w:rsidR="002A2056" w:rsidRDefault="00E64D4C">
            <w:sdt>
              <w:sdtPr>
                <w:alias w:val="CHECK_3019"/>
                <w:tag w:val="CHECK_3019"/>
                <w:id w:val="3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Araştırma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Faaliyeti</w:t>
            </w:r>
            <w:proofErr w:type="spellEnd"/>
          </w:p>
        </w:tc>
      </w:tr>
      <w:tr w:rsidR="002A2056" w14:paraId="4B62F78C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9EB005" w14:textId="77777777" w:rsidR="002A2056" w:rsidRDefault="00E64D4C">
            <w:sdt>
              <w:sdtPr>
                <w:alias w:val="CHECK_3020"/>
                <w:tag w:val="CHECK_3020"/>
                <w:id w:val="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Bilimsel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Etkinlik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D390B3" w14:textId="77777777" w:rsidR="002A2056" w:rsidRDefault="00E64D4C">
            <w:sdt>
              <w:sdtPr>
                <w:alias w:val="CHECK_3021"/>
                <w:tag w:val="CHECK_3021"/>
                <w:id w:val="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Sosyal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Sorumluluk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Faaliyeti</w:t>
            </w:r>
            <w:proofErr w:type="spellEnd"/>
          </w:p>
        </w:tc>
      </w:tr>
      <w:tr w:rsidR="002A2056" w14:paraId="0D795D8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BF8B81" w14:textId="77777777" w:rsidR="002A2056" w:rsidRDefault="00E64D4C">
            <w:sdt>
              <w:sdtPr>
                <w:alias w:val="CHECK_3022"/>
                <w:tag w:val="CHECK_3022"/>
                <w:id w:val="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Sosyal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Kültürel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Sportif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Etkinlik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579EF2" w14:textId="77777777" w:rsidR="002A2056" w:rsidRDefault="00E64D4C">
            <w:sdt>
              <w:sdtPr>
                <w:alias w:val="CHECK_3023"/>
                <w:tag w:val="CHECK_3023"/>
                <w:id w:val="3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Uluslararasılaşma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Hareketlilik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Faaliyeti</w:t>
            </w:r>
            <w:proofErr w:type="spellEnd"/>
          </w:p>
        </w:tc>
      </w:tr>
      <w:tr w:rsidR="002A2056" w14:paraId="1A86CEF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0656BF" w14:textId="77777777" w:rsidR="002A2056" w:rsidRDefault="00E64D4C">
            <w:sdt>
              <w:sdtPr>
                <w:alias w:val="CHECK_3024"/>
                <w:tag w:val="CHECK_3024"/>
                <w:id w:val="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Protokol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İş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Birliği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3A882D" w14:textId="77777777" w:rsidR="002A2056" w:rsidRDefault="00E64D4C">
            <w:sdt>
              <w:sdtPr>
                <w:alias w:val="CHECK_3025"/>
                <w:tag w:val="CHECK_3025"/>
                <w:id w:val="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Akreditasyon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Öz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Değerlendirme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Faaliyeti</w:t>
            </w:r>
            <w:proofErr w:type="spellEnd"/>
          </w:p>
        </w:tc>
      </w:tr>
      <w:tr w:rsidR="002A2056" w14:paraId="471E5F9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BE7814" w14:textId="77777777" w:rsidR="002A2056" w:rsidRDefault="00E64D4C">
            <w:sdt>
              <w:sdtPr>
                <w:alias w:val="CHECK_3026"/>
                <w:tag w:val="CHECK_3026"/>
                <w:id w:val="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İzleme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Değerlendirme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117766" w14:textId="77777777" w:rsidR="002A2056" w:rsidRDefault="00E64D4C">
            <w:sdt>
              <w:sdtPr>
                <w:alias w:val="CHECK_3027"/>
                <w:tag w:val="CHECK_3027"/>
                <w:id w:val="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Süreç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İyileştirme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Düzeltici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</w:t>
            </w:r>
            <w:proofErr w:type="spellEnd"/>
          </w:p>
        </w:tc>
      </w:tr>
      <w:tr w:rsidR="002A2056" w14:paraId="5EBA2DBC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4708E3" w14:textId="77777777" w:rsidR="002A2056" w:rsidRDefault="00E64D4C">
            <w:sdt>
              <w:sdtPr>
                <w:alias w:val="CHECK_3028"/>
                <w:tag w:val="CHECK_3028"/>
                <w:id w:val="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Yazılım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Dijital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Dönüşüm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2CDA2A" w14:textId="77777777" w:rsidR="002A2056" w:rsidRDefault="00E64D4C">
            <w:sdt>
              <w:sdtPr>
                <w:alias w:val="CHECK_3029"/>
                <w:tag w:val="CHECK_3029"/>
                <w:id w:val="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Altyapı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Hizmeti</w:t>
            </w:r>
            <w:proofErr w:type="spellEnd"/>
          </w:p>
        </w:tc>
      </w:tr>
      <w:tr w:rsidR="002A2056" w14:paraId="1CEA872A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797325" w14:textId="77777777" w:rsidR="002A2056" w:rsidRDefault="00E64D4C">
            <w:sdt>
              <w:sdtPr>
                <w:alias w:val="CHECK_3030"/>
                <w:tag w:val="CHECK_3030"/>
                <w:id w:val="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Raporlama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Doküman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Geliştirme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4310DA" w14:textId="77777777" w:rsidR="002A2056" w:rsidRDefault="00E64D4C">
            <w:sdt>
              <w:sdtPr>
                <w:alias w:val="CHECK_3031"/>
                <w:tag w:val="CHECK_3031"/>
                <w:id w:val="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>: ........................................</w:t>
            </w:r>
          </w:p>
        </w:tc>
      </w:tr>
    </w:tbl>
    <w:p w14:paraId="6C50156C" w14:textId="77777777" w:rsidR="002A2056" w:rsidRDefault="002A2056">
      <w:pPr>
        <w:spacing w:after="40"/>
      </w:pPr>
    </w:p>
    <w:p w14:paraId="3B6EEF7D" w14:textId="6902B3FF" w:rsidR="00AB31FA" w:rsidRDefault="00AB31FA">
      <w:pPr>
        <w:keepNext/>
        <w:spacing w:after="40"/>
        <w:rPr>
          <w:b/>
          <w:color w:val="1F4E78"/>
          <w:sz w:val="19"/>
        </w:rPr>
      </w:pPr>
    </w:p>
    <w:p w14:paraId="27C03D3E" w14:textId="77777777" w:rsidR="002D4E97" w:rsidRDefault="002D4E97">
      <w:pPr>
        <w:keepNext/>
        <w:spacing w:after="40"/>
        <w:rPr>
          <w:b/>
          <w:color w:val="1F4E78"/>
          <w:sz w:val="19"/>
        </w:rPr>
      </w:pPr>
    </w:p>
    <w:p w14:paraId="495EC023" w14:textId="77777777" w:rsidR="00B22CB2" w:rsidRDefault="00B22CB2">
      <w:pPr>
        <w:keepNext/>
        <w:spacing w:after="40"/>
        <w:rPr>
          <w:b/>
          <w:color w:val="1F4E78"/>
          <w:sz w:val="19"/>
        </w:rPr>
      </w:pPr>
    </w:p>
    <w:p w14:paraId="5752AECB" w14:textId="476D5B92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t>Hedef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Kitle</w:t>
      </w:r>
      <w:proofErr w:type="spellEnd"/>
      <w:r>
        <w:rPr>
          <w:b/>
          <w:color w:val="1F4E78"/>
          <w:sz w:val="19"/>
        </w:rPr>
        <w:t xml:space="preserve"> </w:t>
      </w:r>
      <w:proofErr w:type="gramStart"/>
      <w:r>
        <w:rPr>
          <w:b/>
          <w:color w:val="1F4E78"/>
          <w:sz w:val="19"/>
        </w:rPr>
        <w:t>*</w:t>
      </w:r>
      <w:r>
        <w:rPr>
          <w:i/>
          <w:color w:val="5A5A5A"/>
          <w:sz w:val="16"/>
        </w:rPr>
        <w:t xml:space="preserve">  </w:t>
      </w:r>
      <w:proofErr w:type="spellStart"/>
      <w:r>
        <w:rPr>
          <w:i/>
          <w:color w:val="5A5A5A"/>
          <w:sz w:val="16"/>
        </w:rPr>
        <w:t>KGYS’deki</w:t>
      </w:r>
      <w:proofErr w:type="spellEnd"/>
      <w:proofErr w:type="gram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seçime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uygun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olarak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işaretleyiniz</w:t>
      </w:r>
      <w:proofErr w:type="spellEnd"/>
      <w:r>
        <w:rPr>
          <w:i/>
          <w:color w:val="5A5A5A"/>
          <w:sz w:val="16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29"/>
        <w:gridCol w:w="3528"/>
        <w:gridCol w:w="3529"/>
      </w:tblGrid>
      <w:tr w:rsidR="002A2056" w14:paraId="694C6DD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088494" w14:textId="77777777" w:rsidR="002A2056" w:rsidRDefault="00E64D4C">
            <w:sdt>
              <w:sdtPr>
                <w:alias w:val="CHECK_3032"/>
                <w:tag w:val="CHECK_3032"/>
                <w:id w:val="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Öğrenciler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D2EBA5" w14:textId="77777777" w:rsidR="002A2056" w:rsidRDefault="00E64D4C">
            <w:sdt>
              <w:sdtPr>
                <w:alias w:val="CHECK_3033"/>
                <w:tag w:val="CHECK_3033"/>
                <w:id w:val="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Aday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Öğrenciler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A6F686" w14:textId="77777777" w:rsidR="002A2056" w:rsidRDefault="00E64D4C">
            <w:sdt>
              <w:sdtPr>
                <w:alias w:val="CHECK_3034"/>
                <w:tag w:val="CHECK_3034"/>
                <w:id w:val="3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Mezunlar</w:t>
            </w:r>
            <w:proofErr w:type="spellEnd"/>
          </w:p>
        </w:tc>
      </w:tr>
      <w:tr w:rsidR="002A2056" w14:paraId="1B1EA97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1F8270" w14:textId="77777777" w:rsidR="002A2056" w:rsidRDefault="00E64D4C">
            <w:sdt>
              <w:sdtPr>
                <w:alias w:val="CHECK_3035"/>
                <w:tag w:val="CHECK_3035"/>
                <w:id w:val="3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Akademik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Personel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DBE3A5" w14:textId="77777777" w:rsidR="002A2056" w:rsidRDefault="00E64D4C">
            <w:sdt>
              <w:sdtPr>
                <w:alias w:val="CHECK_3036"/>
                <w:tag w:val="CHECK_3036"/>
                <w:id w:val="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İdari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Personel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B90C6F" w14:textId="77777777" w:rsidR="002A2056" w:rsidRDefault="00E64D4C">
            <w:sdt>
              <w:sdtPr>
                <w:alias w:val="CHECK_3037"/>
                <w:tag w:val="CHECK_3037"/>
                <w:id w:val="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Kamu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Kurumları</w:t>
            </w:r>
            <w:proofErr w:type="spellEnd"/>
          </w:p>
        </w:tc>
      </w:tr>
      <w:tr w:rsidR="002A2056" w14:paraId="164FA71C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58C581" w14:textId="77777777" w:rsidR="002A2056" w:rsidRDefault="00E64D4C">
            <w:sdt>
              <w:sdtPr>
                <w:alias w:val="CHECK_3038"/>
                <w:tag w:val="CHECK_3038"/>
                <w:id w:val="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Yerel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Yönetimler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9D95F8" w14:textId="77777777" w:rsidR="002A2056" w:rsidRDefault="00E64D4C">
            <w:sdt>
              <w:sdtPr>
                <w:alias w:val="CHECK_3039"/>
                <w:tag w:val="CHECK_3039"/>
                <w:id w:val="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Özel Sektör / Sanayi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8F161A" w14:textId="77777777" w:rsidR="002A2056" w:rsidRDefault="00E64D4C">
            <w:sdt>
              <w:sdtPr>
                <w:alias w:val="CHECK_3040"/>
                <w:tag w:val="CHECK_3040"/>
                <w:id w:val="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STK'lar</w:t>
            </w:r>
            <w:proofErr w:type="spellEnd"/>
          </w:p>
        </w:tc>
      </w:tr>
      <w:tr w:rsidR="002A2056" w14:paraId="683D3112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8CA917A" w14:textId="77777777" w:rsidR="002A2056" w:rsidRDefault="00E64D4C">
            <w:sdt>
              <w:sdtPr>
                <w:alias w:val="CHECK_3041"/>
                <w:tag w:val="CHECK_3041"/>
                <w:id w:val="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Uluslararası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Kurum</w:t>
            </w:r>
            <w:proofErr w:type="spellEnd"/>
            <w:r w:rsidR="00107C14">
              <w:rPr>
                <w:sz w:val="16"/>
              </w:rPr>
              <w:t>/</w:t>
            </w:r>
            <w:proofErr w:type="spellStart"/>
            <w:r w:rsidR="00107C14">
              <w:rPr>
                <w:sz w:val="16"/>
              </w:rPr>
              <w:t>Kuruluşlar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3BA08D" w14:textId="77777777" w:rsidR="002A2056" w:rsidRDefault="00E64D4C">
            <w:sdt>
              <w:sdtPr>
                <w:alias w:val="CHECK_3042"/>
                <w:tag w:val="CHECK_3042"/>
                <w:id w:val="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Toplum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8B3A02" w14:textId="77777777" w:rsidR="002A2056" w:rsidRDefault="00E64D4C">
            <w:sdt>
              <w:sdtPr>
                <w:alias w:val="CHECK_3043"/>
                <w:tag w:val="CHECK_3043"/>
                <w:id w:val="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Veliler</w:t>
            </w:r>
            <w:proofErr w:type="spellEnd"/>
          </w:p>
        </w:tc>
      </w:tr>
      <w:tr w:rsidR="002A2056" w14:paraId="37DDB32E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907149" w14:textId="77777777" w:rsidR="002A2056" w:rsidRDefault="00E64D4C">
            <w:sdt>
              <w:sdtPr>
                <w:alias w:val="CHECK_3044"/>
                <w:tag w:val="CHECK_3044"/>
                <w:id w:val="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Araştırmacılar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56A6A7" w14:textId="77777777" w:rsidR="002A2056" w:rsidRDefault="00E64D4C">
            <w:sdt>
              <w:sdtPr>
                <w:alias w:val="CHECK_3045"/>
                <w:tag w:val="CHECK_3045"/>
                <w:id w:val="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İşverenler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444A28" w14:textId="77777777" w:rsidR="002A2056" w:rsidRDefault="00E64D4C">
            <w:sdt>
              <w:sdtPr>
                <w:alias w:val="CHECK_3046"/>
                <w:tag w:val="CHECK_3046"/>
                <w:id w:val="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>: ........................................</w:t>
            </w:r>
          </w:p>
        </w:tc>
      </w:tr>
    </w:tbl>
    <w:p w14:paraId="4F2FAC99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7ACB03FD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FD4EF5" w14:textId="77777777" w:rsidR="002A2056" w:rsidRDefault="00107C14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2. HEDEF KARTI BAĞLANTISI</w:t>
            </w:r>
          </w:p>
        </w:tc>
      </w:tr>
    </w:tbl>
    <w:p w14:paraId="5964EBD5" w14:textId="77777777" w:rsidR="00E42E4C" w:rsidRDefault="00107C14">
      <w:pPr>
        <w:spacing w:after="100"/>
      </w:pPr>
      <w:proofErr w:type="spellStart"/>
      <w:r>
        <w:rPr>
          <w:i/>
          <w:color w:val="666666"/>
          <w:szCs w:val="18"/>
        </w:rPr>
        <w:t>Faaliyetin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ilişkili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olduğu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stratejik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amaç</w:t>
      </w:r>
      <w:proofErr w:type="spellEnd"/>
      <w:r>
        <w:rPr>
          <w:i/>
          <w:color w:val="666666"/>
          <w:szCs w:val="18"/>
        </w:rPr>
        <w:t xml:space="preserve">, </w:t>
      </w:r>
      <w:proofErr w:type="spellStart"/>
      <w:r>
        <w:rPr>
          <w:i/>
          <w:color w:val="666666"/>
          <w:szCs w:val="18"/>
        </w:rPr>
        <w:t>hedef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ve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performans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göstergesini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açılır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listelerden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seçiniz</w:t>
      </w:r>
      <w:proofErr w:type="spellEnd"/>
      <w:r>
        <w:rPr>
          <w:i/>
          <w:color w:val="666666"/>
          <w:szCs w:val="18"/>
        </w:rPr>
        <w:t xml:space="preserve">. Her </w:t>
      </w:r>
      <w:proofErr w:type="spellStart"/>
      <w:r>
        <w:rPr>
          <w:i/>
          <w:color w:val="666666"/>
          <w:szCs w:val="18"/>
        </w:rPr>
        <w:t>seçenekte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kod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ile</w:t>
      </w:r>
      <w:proofErr w:type="spellEnd"/>
      <w:r>
        <w:rPr>
          <w:i/>
          <w:color w:val="666666"/>
          <w:szCs w:val="18"/>
        </w:rPr>
        <w:t xml:space="preserve"> </w:t>
      </w:r>
      <w:proofErr w:type="spellStart"/>
      <w:r>
        <w:rPr>
          <w:i/>
          <w:color w:val="666666"/>
          <w:szCs w:val="18"/>
        </w:rPr>
        <w:t>birlikte</w:t>
      </w:r>
      <w:proofErr w:type="spellEnd"/>
      <w:r>
        <w:rPr>
          <w:i/>
          <w:color w:val="666666"/>
          <w:szCs w:val="18"/>
        </w:rPr>
        <w:t xml:space="preserve"> tam ad </w:t>
      </w:r>
      <w:proofErr w:type="spellStart"/>
      <w:r>
        <w:rPr>
          <w:i/>
          <w:color w:val="666666"/>
          <w:szCs w:val="18"/>
        </w:rPr>
        <w:t>gösterilir</w:t>
      </w:r>
      <w:proofErr w:type="spellEnd"/>
      <w:r>
        <w:rPr>
          <w:i/>
          <w:color w:val="666666"/>
          <w:szCs w:val="18"/>
        </w:rPr>
        <w:t>.</w:t>
      </w: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2551"/>
      </w:tblGrid>
      <w:tr w:rsidR="00E42E4C" w14:paraId="277D3C91" w14:textId="77777777">
        <w:tc>
          <w:tcPr>
            <w:tcW w:w="0" w:type="auto"/>
            <w:shd w:val="clear" w:color="auto" w:fill="F8FAFD"/>
          </w:tcPr>
          <w:p w14:paraId="0FB82C04" w14:textId="77777777" w:rsidR="00E42E4C" w:rsidRDefault="00107C14">
            <w:pPr>
              <w:spacing w:after="60"/>
            </w:pPr>
            <w:proofErr w:type="spellStart"/>
            <w:r>
              <w:rPr>
                <w:b/>
                <w:color w:val="1F4E79"/>
                <w:sz w:val="20"/>
                <w:szCs w:val="20"/>
              </w:rPr>
              <w:t>Stratejik</w:t>
            </w:r>
            <w:proofErr w:type="spellEnd"/>
            <w:r>
              <w:rPr>
                <w:b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1F4E79"/>
                <w:sz w:val="20"/>
                <w:szCs w:val="20"/>
              </w:rPr>
              <w:t>Amaç</w:t>
            </w:r>
            <w:proofErr w:type="spellEnd"/>
            <w:r>
              <w:rPr>
                <w:b/>
                <w:color w:val="1F4E79"/>
                <w:sz w:val="20"/>
                <w:szCs w:val="20"/>
              </w:rPr>
              <w:t xml:space="preserve"> *</w:t>
            </w:r>
            <w:sdt>
              <w:sdtPr>
                <w:alias w:val="STRATEJIK_AMAC"/>
                <w:tag w:val="STRATEJIK_AMAC"/>
                <w:id w:val="3001"/>
                <w:dropDownList>
                  <w:listItem w:displayText="Seçiniz..." w:value="SECINIZ"/>
                  <w:listItem w:displayText="A1 – Eğitim programlarının niteliğini arttırmak." w:value="A1"/>
                  <w:listItem w:displayText="A2 – Araştırma-geliştirme kalitesini ve kapasitesini arttırmak." w:value="A2"/>
                  <w:listItem w:displayText="A3 – Paydaşlarla iletişim ve etkileşimi geliştirmek." w:value="A3"/>
                  <w:listItem w:displayText="A4 – Kurumsal kapasiteyi arttırmak." w:value="A4"/>
                  <w:listItem w:displayText="A5 – Üniversitemizdeki hizmet ve süreçlerin dijital ortamda sunulması yönünde yazılımlar geliştirmek ve desteklemek." w:value="A5"/>
                </w:dropDownList>
              </w:sdtPr>
              <w:sdtEndPr/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0A89597A" w14:textId="77777777" w:rsidR="00E42E4C" w:rsidRDefault="00E42E4C">
      <w:pPr>
        <w:spacing w:after="40"/>
      </w:pP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2228"/>
      </w:tblGrid>
      <w:tr w:rsidR="00E42E4C" w14:paraId="2093E6CB" w14:textId="77777777">
        <w:tc>
          <w:tcPr>
            <w:tcW w:w="0" w:type="auto"/>
            <w:shd w:val="clear" w:color="auto" w:fill="F8FAFD"/>
          </w:tcPr>
          <w:p w14:paraId="523A45C8" w14:textId="77777777" w:rsidR="00E42E4C" w:rsidRDefault="00107C14">
            <w:pPr>
              <w:spacing w:after="60"/>
            </w:pPr>
            <w:proofErr w:type="spellStart"/>
            <w:r>
              <w:rPr>
                <w:b/>
                <w:color w:val="1F4E79"/>
                <w:sz w:val="20"/>
                <w:szCs w:val="20"/>
              </w:rPr>
              <w:t>Hedef</w:t>
            </w:r>
            <w:proofErr w:type="spellEnd"/>
            <w:r>
              <w:rPr>
                <w:b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1F4E79"/>
                <w:sz w:val="20"/>
                <w:szCs w:val="20"/>
              </w:rPr>
              <w:t>Kartı</w:t>
            </w:r>
            <w:proofErr w:type="spellEnd"/>
            <w:r>
              <w:rPr>
                <w:b/>
                <w:color w:val="1F4E79"/>
                <w:sz w:val="20"/>
                <w:szCs w:val="20"/>
              </w:rPr>
              <w:t xml:space="preserve"> *</w:t>
            </w:r>
            <w:sdt>
              <w:sdtPr>
                <w:alias w:val="HEDEF_KARTI"/>
                <w:tag w:val="HEDEF_KARTI"/>
                <w:id w:val="3002"/>
                <w:dropDownList>
                  <w:listItem w:displayText="Seçiniz..." w:value="SECINIZ"/>
                  <w:listItem w:displayText="H1.1 – Eğitim ve öğretimi kalite süreçleri doğrultusunda ulusal ve uluslararası standartlara uygun hale getirmek." w:value="H1.1"/>
                  <w:listItem w:displayText="H1.2 – Eğitim programlarının etkinliğini arttırmak." w:value="H1.2"/>
                  <w:listItem w:displayText="H1.3 – Eğitimde uluslararası iş birliklerini güçlendirmek." w:value="H1.3"/>
                  <w:listItem w:displayText="H1.4 – Bilgi kaynak çeşitliliğini arttırmak." w:value="H1.4"/>
                  <w:listItem w:displayText="H1.5 – Alanında yetkin, bilgi üreten ve bilgiyi paylaşan akademik personelin yetişmesine yönelik imkânları arttırmak." w:value="H1.5"/>
                  <w:listItem w:displayText="H1.6 – Üniversitemizin eğitim ve öğretim programlarını iyileştirmek." w:value="H1.6"/>
                  <w:listItem w:displayText="H1.7 – Çağın gerektirdiği disiplinler arası/çok disiplinli eğitim ve öğretimi güçlendirmek." w:value="H1.7"/>
                  <w:listItem w:displayText="H2.1 – Bilimsel araştırma proje sayısını arttırmak." w:value="H2.1"/>
                  <w:listItem w:displayText="H2.2 – Projelerin sürdürülebilirliğinin sağlanması için araştırma altyapısını geliştirmek." w:value="H2.2"/>
                  <w:listItem w:displayText="H3.1 – Paydaşlarla birlikte toplumsal duyarlılığın arttırılmasında üniversite-paydaş işbirliğini geliştirmek." w:value="H3.1"/>
                  <w:listItem w:displayText="H3.2 – Paydaşlarla etkileşimi güçlü ve nitelikli hale getirmek." w:value="H3.2"/>
                  <w:listItem w:displayText="H4.1 – Personel niteliğini ve niceliğini arttırmak." w:value="H4.1"/>
                  <w:listItem w:displayText="H4.2 – Mekân kapasitesini arttırmak." w:value="H4.2"/>
                  <w:listItem w:displayText="H4.3 – Üniversitenin yapısal ve teknik alt yapısını güçlendirmek." w:value="H4.3"/>
                  <w:listItem w:displayText="H5.1 – Dijital dönüşüm ile ilgili yenilikleri takip etmek ve kurum içi ihtiyaçlara yönelik faaliyetler gerçekleştirmek." w:value="H5.1"/>
                  <w:listItem w:displayText="H5.2 – Üniversitemizdeki hizmet ve süreçlerin dijitalleştirilmesi için yazılım projeleri ve talepleri karşılamak." w:value="H5.2"/>
                </w:dropDownList>
              </w:sdtPr>
              <w:sdtEndPr/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6509CB1E" w14:textId="77777777" w:rsidR="00E42E4C" w:rsidRDefault="00E42E4C">
      <w:pPr>
        <w:spacing w:after="40"/>
      </w:pPr>
    </w:p>
    <w:tbl>
      <w:tblPr>
        <w:tblW w:w="0" w:type="auto"/>
        <w:tblBorders>
          <w:top w:val="single" w:sz="4" w:space="0" w:color="D9E2F3"/>
          <w:left w:val="single" w:sz="4" w:space="0" w:color="D9E2F3"/>
          <w:bottom w:val="single" w:sz="4" w:space="0" w:color="D9E2F3"/>
          <w:right w:val="single" w:sz="4" w:space="0" w:color="D9E2F3"/>
          <w:insideH w:val="single" w:sz="4" w:space="0" w:color="D9E2F3"/>
          <w:insideV w:val="single" w:sz="4" w:space="0" w:color="D9E2F3"/>
        </w:tblBorders>
        <w:tblLook w:val="04A0" w:firstRow="1" w:lastRow="0" w:firstColumn="1" w:lastColumn="0" w:noHBand="0" w:noVBand="1"/>
      </w:tblPr>
      <w:tblGrid>
        <w:gridCol w:w="3373"/>
      </w:tblGrid>
      <w:tr w:rsidR="00E42E4C" w14:paraId="0996AE02" w14:textId="77777777">
        <w:tc>
          <w:tcPr>
            <w:tcW w:w="0" w:type="auto"/>
            <w:shd w:val="clear" w:color="auto" w:fill="F8FAFD"/>
          </w:tcPr>
          <w:p w14:paraId="43C221C7" w14:textId="77777777" w:rsidR="00E42E4C" w:rsidRDefault="00107C14">
            <w:pPr>
              <w:spacing w:after="60"/>
            </w:pPr>
            <w:proofErr w:type="spellStart"/>
            <w:r>
              <w:rPr>
                <w:b/>
                <w:color w:val="1F4E79"/>
                <w:sz w:val="20"/>
                <w:szCs w:val="20"/>
              </w:rPr>
              <w:t>Performans</w:t>
            </w:r>
            <w:proofErr w:type="spellEnd"/>
            <w:r>
              <w:rPr>
                <w:b/>
                <w:color w:val="1F4E79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1F4E79"/>
                <w:sz w:val="20"/>
                <w:szCs w:val="20"/>
              </w:rPr>
              <w:t>Göstergesi</w:t>
            </w:r>
            <w:proofErr w:type="spellEnd"/>
            <w:r>
              <w:rPr>
                <w:b/>
                <w:color w:val="1F4E79"/>
                <w:sz w:val="20"/>
                <w:szCs w:val="20"/>
              </w:rPr>
              <w:t xml:space="preserve"> *</w:t>
            </w:r>
            <w:sdt>
              <w:sdtPr>
                <w:alias w:val="PERFORMANS_GOSTERGESI"/>
                <w:tag w:val="PERFORMANS_GOSTERGESI"/>
                <w:id w:val="3003"/>
                <w:dropDownList>
                  <w:listItem w:displayText="Seçiniz..." w:value="SECINIZ"/>
                  <w:listItem w:displayText="PG1.1.1 – Akredite program sayısı" w:value="PG1.1.1"/>
                  <w:listItem w:displayText="PG1.1.2 – Akredite olan program sayısının toplam program sayısına oranı (%)" w:value="PG1.1.2"/>
                  <w:listItem w:displayText="PG1.1.3 – Seçmeli ders sayısı" w:value="PG1.1.3"/>
                  <w:listItem w:displayText="PG1.1.4 – Yenilikçilik ve girişimcilik temalı ders sayısı" w:value="PG1.1.4"/>
                  <w:listItem w:displayText="PG1.2.1 – Öğretim elemanı başına düşen öğrenci sayısı" w:value="PG1.2.1"/>
                  <w:listItem w:displayText="PG1.2.2 – Öğretim elemanı başına düşen haftalık ders saati sayısı" w:value="PG1.2.2"/>
                  <w:listItem w:displayText="PG1.2.3 – Lisansüstü/Doktora öğrenci sayısının lisans öğrenci sayısına oranı (%)" w:value="PG1.2.3"/>
                  <w:listItem w:displayText="PG1.2.4 – Lisans programlarının genel doluluk oranı (%)" w:value="PG1.2.4"/>
                  <w:listItem w:displayText="PG1.3.1 – Yabancı öğrenci sayısı" w:value="PG1.3.1"/>
                  <w:listItem w:displayText="PG1.3.2 – Uluslararası hareketlilik kapsamında gelen giden öğrenci sayısı" w:value="PG1.3.2"/>
                  <w:listItem w:displayText="PG1.3.3 – Uluslararası hareketlilik kapsamında gelen giden akademik/idari personel sayısı" w:value="PG1.3.3"/>
                  <w:listItem w:displayText="PG1.3.4 – İşbirliği (protokol) sayısı" w:value="PG1.3.4"/>
                  <w:listItem w:displayText="PG1.4.1 – Kütüphanede bulunan basılı ve elektronik kaynak sayısı" w:value="PG1.4.1"/>
                  <w:listItem w:displayText="PG1.4.2 – Kütüphanede bulunan öğrenci başına düşen basılı ve elektronik kaynak sayısı" w:value="PG1.4.2"/>
                  <w:listItem w:displayText="PG1.4.3 – Kütüphaneden yararlanan kişi sayısı" w:value="PG1.4.3"/>
                  <w:listItem w:displayText="PG1.4.4 – Üniversite bünyesinde üretilen akademik yayın /atıf sayısı" w:value="PG1.4.4"/>
                  <w:listItem w:displayText="PG1.5.1 – SCI, SCIExpanded, SSCI ve AHCI kapsamındaki dergilerde öğretim elemanı başına düşen yayın sayısı" w:value="PG1.5.1"/>
                  <w:listItem w:displayText="PG1.5.2 – Yükseköğretim Kurulu tarafından belirlenecek öncelikli alanlarda sağlanan burslardan yararlanan doktora öğrenci sayısı" w:value="PG1.5.2"/>
                  <w:listItem w:displayText="PG1.5.3 – Yükseköğretim Kurulu tarafından sağlanan araştırma desteklerinden yararlananların sayısı" w:value="PG1.5.3"/>
                  <w:listItem w:displayText="PG1.5.4 – Yükseköğretim Kurulu, Türkiye Bilimler Akademisi ve TÜBİTAK bilim, teşvik ve sanat ödülleri sayısı" w:value="PG1.5.4"/>
                  <w:listItem w:displayText="PG1.5.5 – Lisansüstü aktif program sayısı" w:value="PG1.5.5"/>
                  <w:listItem w:displayText="PG1.6.1 – Lisans / Ön lisans programlarının genel doluluk oranı %" w:value="PG1.6.1"/>
                  <w:listItem w:displayText="PG1.6.2 – Toplum beklentileri ve paydaş önerileri doğrultusunda güncellenmiş program sayısı" w:value="PG1.6.2"/>
                  <w:listItem w:displayText="PG1.6.3 – Öz değerlendirme yapılan program sayısı" w:value="PG1.6.3"/>
                  <w:listItem w:displayText="PG1.6.4 – Akran değerlendirmesi yapılan program sayısı" w:value="PG1.6.4"/>
                  <w:listItem w:displayText="PG1.7.1 – Çift ana dal programlarından mezun öğrenci sayısı" w:value="PG1.7.1"/>
                  <w:listItem w:displayText="PG1.7.2 – Mezun olduğu disiplinden farklı bir disiplinde eğitim alan lisansüstü öğrenci sayısı" w:value="PG1.7.2"/>
                  <w:listItem w:displayText="PG1.7.3 – Öğrencilerin kayıtlı oldukları program dışındaki diğer programlardan aldıkları ders oranı (%)" w:value="PG1.7.3"/>
                  <w:listItem w:displayText="PG1.7.4 – İkinci Üniversite eğitimi alan öğrenci sayısı" w:value="PG1.7.4"/>
                  <w:listItem w:displayText="PG2.1.1 – BAP destekli proje sayısı" w:value="PG2.1.1"/>
                  <w:listItem w:displayText="PG2.1.2 – Kurum dışı (TÜBİTAK vb.) proje sayısı" w:value="PG2.1.2"/>
                  <w:listItem w:displayText="PG2.1.3 – Ulusal ve Uluslararası bilimsel toplantılarda sunulan bildiri sayısı" w:value="PG2.1.3"/>
                  <w:listItem w:displayText="PG2.1.4 – Düzenlenen proje eğitimi sayısı" w:value="PG2.1.4"/>
                  <w:listItem w:displayText="PG2.2.1 – Proje ile desteklenen tez sayısı" w:value="PG2.2.1"/>
                  <w:listItem w:displayText="PG2.2.2 – Bilimsel etkinliklere katılım için verilen destek sayısı" w:value="PG2.2.2"/>
                  <w:listItem w:displayText="PG2.2.3 – Kurum içi kaynaklardan (BAP) desteklenen öğrenci projesi sayısı" w:value="PG2.2.3"/>
                  <w:listItem w:displayText="PG3.1.1 – Topluma katkı amaçlı düzenlenen etkinlik sayısı" w:value="PG3.1.1"/>
                  <w:listItem w:displayText="PG3.1.2 – Sosyal sorumluluk projesi sayısı" w:value="PG3.1.2"/>
                  <w:listItem w:displayText="PG3.1.3 – Tanıtıcı etkinlik sayısı" w:value="PG3.1.3"/>
                  <w:listItem w:displayText="PG3.1.4 – Danışma Kurulu Toplantı Sayısı" w:value="PG3.1.4"/>
                  <w:listItem w:displayText="PG3.1.5 – Dış paydaşlarla yapılan işbirliği / protokol sayısı" w:value="PG3.1.5"/>
                  <w:listItem w:displayText="PG3.2.1 – Öğrenciyi üniversitede tutma oranı (%)" w:value="PG3.2.1"/>
                  <w:listItem w:displayText="PG3.2.2 – Öğretim elemanlarının memnuniyet düzeyi" w:value="PG3.2.2"/>
                  <w:listItem w:displayText="PG3.2.3 – İdari personelin memnuniyet düzeyi" w:value="PG3.2.3"/>
                  <w:listItem w:displayText="PG3.2.4 – Öğrencinin memnuniyet düzeyi" w:value="PG3.2.4"/>
                  <w:listItem w:displayText="PG4.1.1 – Akademik ve idari personel sayısının yıllık artış oranı (%)" w:value="PG4.1.1"/>
                  <w:listItem w:displayText="PG4.1.2 – Personele yönelik düzenlenen hizmet içi eğitim sayısı" w:value="PG4.1.2"/>
                  <w:listItem w:displayText="PG4.1.3 – Eğitime katılan personel sayısı" w:value="PG4.1.3"/>
                  <w:listItem w:displayText="PG4.2.1 – Turizm ve Otelcilik MYO ve Uygulama Oteli binası tamamlanma oranı (%)" w:value="PG4.2.1"/>
                  <w:listItem w:displayText="PG4.2.2 – Merkezi Derslik (I) tamamlanma oranı (%)" w:value="PG4.2.2"/>
                  <w:listItem w:displayText="PG4.2.3 – Morfoloji Binası tamamlanma oranı (%)" w:value="PG4.2.3"/>
                  <w:listItem w:displayText="PG4.3.1 – Proje yönetimine yönelik düzenlenen eğitim sayısı" w:value="PG4.3.1"/>
                  <w:listItem w:displayText="PG4.3.2 – Personelin aldığı hizmet içi eğitimleri sayısı" w:value="PG4.3.2"/>
                  <w:listItem w:displayText="PG4.3.3 – Eğitim sonrası gerçekleştirilen proje başvuru sayısı" w:value="PG4.3.3"/>
                  <w:listItem w:displayText="PG5.1.1 – Dijital dönüşüm için katınılan etkinlik sayısı" w:value="PG5.1.1"/>
                  <w:listItem w:displayText="PG5.1.2 – Dijital dönüşüme yönelik faaliyet sayısı" w:value="PG5.1.2"/>
                  <w:listItem w:displayText="PG5.2.1 – Dijitalleştirilmeye yönelik yazılım sayısı" w:value="PG5.2.1"/>
                  <w:listItem w:displayText="PG5.2.2 – Geliştirilen yazılımlara yönelik destek taleplerini karşılamak (%)" w:value="PG5.2.2"/>
                </w:dropDownList>
              </w:sdtPr>
              <w:sdtEndPr/>
              <w:sdtContent>
                <w:r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</w:tr>
    </w:tbl>
    <w:p w14:paraId="749E269D" w14:textId="77777777" w:rsidR="00E42E4C" w:rsidRDefault="00107C14">
      <w:pPr>
        <w:spacing w:after="120"/>
      </w:pPr>
      <w:proofErr w:type="spellStart"/>
      <w:r>
        <w:rPr>
          <w:i/>
          <w:color w:val="7F6000"/>
          <w:sz w:val="17"/>
          <w:szCs w:val="17"/>
        </w:rPr>
        <w:t>Kontrol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kuralı</w:t>
      </w:r>
      <w:proofErr w:type="spellEnd"/>
      <w:r>
        <w:rPr>
          <w:i/>
          <w:color w:val="7F6000"/>
          <w:sz w:val="17"/>
          <w:szCs w:val="17"/>
        </w:rPr>
        <w:t xml:space="preserve">: </w:t>
      </w:r>
      <w:proofErr w:type="spellStart"/>
      <w:r>
        <w:rPr>
          <w:i/>
          <w:color w:val="7F6000"/>
          <w:sz w:val="17"/>
          <w:szCs w:val="17"/>
        </w:rPr>
        <w:t>Seçilen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hedef</w:t>
      </w:r>
      <w:proofErr w:type="spellEnd"/>
      <w:r>
        <w:rPr>
          <w:i/>
          <w:color w:val="7F6000"/>
          <w:sz w:val="17"/>
          <w:szCs w:val="17"/>
        </w:rPr>
        <w:t xml:space="preserve">, </w:t>
      </w:r>
      <w:proofErr w:type="spellStart"/>
      <w:r>
        <w:rPr>
          <w:i/>
          <w:color w:val="7F6000"/>
          <w:sz w:val="17"/>
          <w:szCs w:val="17"/>
        </w:rPr>
        <w:t>stratejik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amaçla</w:t>
      </w:r>
      <w:proofErr w:type="spellEnd"/>
      <w:r>
        <w:rPr>
          <w:i/>
          <w:color w:val="7F6000"/>
          <w:sz w:val="17"/>
          <w:szCs w:val="17"/>
        </w:rPr>
        <w:t xml:space="preserve">; </w:t>
      </w:r>
      <w:proofErr w:type="spellStart"/>
      <w:r>
        <w:rPr>
          <w:i/>
          <w:color w:val="7F6000"/>
          <w:sz w:val="17"/>
          <w:szCs w:val="17"/>
        </w:rPr>
        <w:t>seçilen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performans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göstergesi</w:t>
      </w:r>
      <w:proofErr w:type="spellEnd"/>
      <w:r>
        <w:rPr>
          <w:i/>
          <w:color w:val="7F6000"/>
          <w:sz w:val="17"/>
          <w:szCs w:val="17"/>
        </w:rPr>
        <w:t xml:space="preserve"> de </w:t>
      </w:r>
      <w:proofErr w:type="spellStart"/>
      <w:r>
        <w:rPr>
          <w:i/>
          <w:color w:val="7F6000"/>
          <w:sz w:val="17"/>
          <w:szCs w:val="17"/>
        </w:rPr>
        <w:t>hedefle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aynı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kod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hiyerarşisinde</w:t>
      </w:r>
      <w:proofErr w:type="spellEnd"/>
      <w:r>
        <w:rPr>
          <w:i/>
          <w:color w:val="7F6000"/>
          <w:sz w:val="17"/>
          <w:szCs w:val="17"/>
        </w:rPr>
        <w:t xml:space="preserve"> </w:t>
      </w:r>
      <w:proofErr w:type="spellStart"/>
      <w:r>
        <w:rPr>
          <w:i/>
          <w:color w:val="7F6000"/>
          <w:sz w:val="17"/>
          <w:szCs w:val="17"/>
        </w:rPr>
        <w:t>olmalıdır</w:t>
      </w:r>
      <w:proofErr w:type="spellEnd"/>
      <w:r>
        <w:rPr>
          <w:i/>
          <w:color w:val="7F6000"/>
          <w:sz w:val="17"/>
          <w:szCs w:val="17"/>
        </w:rPr>
        <w:t xml:space="preserve"> (</w:t>
      </w:r>
      <w:proofErr w:type="spellStart"/>
      <w:r>
        <w:rPr>
          <w:i/>
          <w:color w:val="7F6000"/>
          <w:sz w:val="17"/>
          <w:szCs w:val="17"/>
        </w:rPr>
        <w:t>ör</w:t>
      </w:r>
      <w:proofErr w:type="spellEnd"/>
      <w:r>
        <w:rPr>
          <w:i/>
          <w:color w:val="7F6000"/>
          <w:sz w:val="17"/>
          <w:szCs w:val="17"/>
        </w:rPr>
        <w:t>. A1 → H1.2 → PG1.2.x).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0FA77699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3C5576" w14:textId="77777777" w:rsidR="002A2056" w:rsidRDefault="00107C14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3. SORUMLULAR VE PAYDAŞLAR</w:t>
            </w:r>
          </w:p>
        </w:tc>
      </w:tr>
    </w:tbl>
    <w:p w14:paraId="267D8042" w14:textId="77777777" w:rsidR="002A2056" w:rsidRDefault="00107C14">
      <w:pPr>
        <w:spacing w:before="60" w:after="120"/>
      </w:pPr>
      <w:proofErr w:type="spellStart"/>
      <w:r>
        <w:rPr>
          <w:i/>
          <w:color w:val="5A5A5A"/>
          <w:sz w:val="17"/>
        </w:rPr>
        <w:t>Birden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fazla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sorumlu</w:t>
      </w:r>
      <w:proofErr w:type="spellEnd"/>
      <w:r>
        <w:rPr>
          <w:i/>
          <w:color w:val="5A5A5A"/>
          <w:sz w:val="17"/>
        </w:rPr>
        <w:t xml:space="preserve">, </w:t>
      </w:r>
      <w:proofErr w:type="spellStart"/>
      <w:r>
        <w:rPr>
          <w:i/>
          <w:color w:val="5A5A5A"/>
          <w:sz w:val="17"/>
        </w:rPr>
        <w:t>iş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birliği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yapılan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birim</w:t>
      </w:r>
      <w:proofErr w:type="spellEnd"/>
      <w:r>
        <w:rPr>
          <w:i/>
          <w:color w:val="5A5A5A"/>
          <w:sz w:val="17"/>
        </w:rPr>
        <w:t xml:space="preserve">, </w:t>
      </w:r>
      <w:proofErr w:type="spellStart"/>
      <w:r>
        <w:rPr>
          <w:i/>
          <w:color w:val="5A5A5A"/>
          <w:sz w:val="17"/>
        </w:rPr>
        <w:t>dış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paydaş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veya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katkı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sağlayan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personel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varsa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ayrı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satırlarda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belirtiniz</w:t>
      </w:r>
      <w:proofErr w:type="spellEnd"/>
      <w:r>
        <w:rPr>
          <w:i/>
          <w:color w:val="5A5A5A"/>
          <w:sz w:val="17"/>
        </w:rPr>
        <w:t>.</w:t>
      </w:r>
    </w:p>
    <w:p w14:paraId="37AE320D" w14:textId="77777777" w:rsidR="002A2056" w:rsidRDefault="00107C14">
      <w:r>
        <w:rPr>
          <w:b/>
          <w:color w:val="1F4E78"/>
          <w:sz w:val="20"/>
        </w:rPr>
        <w:t xml:space="preserve">A. </w:t>
      </w:r>
      <w:proofErr w:type="spellStart"/>
      <w:r>
        <w:rPr>
          <w:b/>
          <w:color w:val="1F4E78"/>
          <w:sz w:val="20"/>
        </w:rPr>
        <w:t>Sorumlu</w:t>
      </w:r>
      <w:proofErr w:type="spellEnd"/>
      <w:r>
        <w:rPr>
          <w:b/>
          <w:color w:val="1F4E78"/>
          <w:sz w:val="20"/>
        </w:rPr>
        <w:t xml:space="preserve"> </w:t>
      </w:r>
      <w:proofErr w:type="spellStart"/>
      <w:r>
        <w:rPr>
          <w:b/>
          <w:color w:val="1F4E78"/>
          <w:sz w:val="20"/>
        </w:rPr>
        <w:t>Bilgileri</w:t>
      </w:r>
      <w:proofErr w:type="spellEnd"/>
      <w:r>
        <w:rPr>
          <w:b/>
          <w:color w:val="1F4E78"/>
          <w:sz w:val="20"/>
        </w:rPr>
        <w:t xml:space="preserve"> *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</w:tblGrid>
      <w:tr w:rsidR="00324978" w14:paraId="465588D9" w14:textId="69A5161B" w:rsidTr="00324978">
        <w:trPr>
          <w:tblHeader/>
          <w:jc w:val="center"/>
        </w:trPr>
        <w:tc>
          <w:tcPr>
            <w:tcW w:w="2835" w:type="dxa"/>
            <w:shd w:val="clear" w:color="auto" w:fill="548DD4" w:themeFill="text2" w:themeFillTint="9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067223" w14:textId="1EBB11A7" w:rsidR="00324978" w:rsidRPr="00324978" w:rsidRDefault="00324978" w:rsidP="00324978">
            <w:pPr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 w:rsidRPr="00324978">
              <w:rPr>
                <w:b/>
                <w:bCs/>
                <w:color w:val="FFFFFF" w:themeColor="background1"/>
              </w:rPr>
              <w:t>Sorumlu</w:t>
            </w:r>
            <w:proofErr w:type="spellEnd"/>
            <w:r w:rsidRPr="00324978">
              <w:rPr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324978">
              <w:rPr>
                <w:b/>
                <w:bCs/>
                <w:color w:val="FFFFFF" w:themeColor="background1"/>
              </w:rPr>
              <w:t>Birim</w:t>
            </w:r>
            <w:proofErr w:type="spellEnd"/>
          </w:p>
        </w:tc>
        <w:tc>
          <w:tcPr>
            <w:tcW w:w="2835" w:type="dxa"/>
            <w:shd w:val="clear" w:color="auto" w:fill="548DD4" w:themeFill="text2" w:themeFillTint="99"/>
          </w:tcPr>
          <w:p w14:paraId="7D4E0344" w14:textId="475B7B1D" w:rsidR="00324978" w:rsidRPr="00324978" w:rsidRDefault="00324978" w:rsidP="00324978">
            <w:pPr>
              <w:jc w:val="center"/>
              <w:rPr>
                <w:b/>
                <w:bCs/>
                <w:color w:val="FFFFFF" w:themeColor="background1"/>
              </w:rPr>
            </w:pPr>
            <w:proofErr w:type="spellStart"/>
            <w:r w:rsidRPr="00324978">
              <w:rPr>
                <w:b/>
                <w:bCs/>
                <w:color w:val="FFFFFF" w:themeColor="background1"/>
              </w:rPr>
              <w:t>Sorumlu</w:t>
            </w:r>
            <w:proofErr w:type="spellEnd"/>
            <w:r w:rsidRPr="00324978">
              <w:rPr>
                <w:b/>
                <w:bCs/>
                <w:color w:val="FFFFFF" w:themeColor="background1"/>
              </w:rPr>
              <w:t xml:space="preserve"> </w:t>
            </w:r>
            <w:proofErr w:type="spellStart"/>
            <w:r w:rsidRPr="00324978">
              <w:rPr>
                <w:b/>
                <w:bCs/>
                <w:color w:val="FFFFFF" w:themeColor="background1"/>
              </w:rPr>
              <w:t>Kişi</w:t>
            </w:r>
            <w:proofErr w:type="spellEnd"/>
            <w:r w:rsidRPr="00324978">
              <w:rPr>
                <w:b/>
                <w:bCs/>
                <w:color w:val="FFFFFF" w:themeColor="background1"/>
              </w:rPr>
              <w:t xml:space="preserve"> (Ad </w:t>
            </w:r>
            <w:proofErr w:type="spellStart"/>
            <w:r w:rsidRPr="00324978">
              <w:rPr>
                <w:b/>
                <w:bCs/>
                <w:color w:val="FFFFFF" w:themeColor="background1"/>
              </w:rPr>
              <w:t>Soyad</w:t>
            </w:r>
            <w:proofErr w:type="spellEnd"/>
            <w:r w:rsidRPr="0032497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324978" w14:paraId="5BEC0968" w14:textId="34E03267" w:rsidTr="000E7450">
        <w:trPr>
          <w:jc w:val="center"/>
        </w:trPr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67A32F" w14:textId="61C48CC0" w:rsidR="00324978" w:rsidRDefault="00E64D4C" w:rsidP="00324978">
            <w:sdt>
              <w:sdtPr>
                <w:alias w:val="SORUMLU_BIRIM"/>
                <w:tag w:val="SORUMLU_BIRIM"/>
                <w:id w:val="-1733232820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324978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17FA6613" w14:textId="77777777" w:rsidR="00324978" w:rsidRDefault="00324978" w:rsidP="00324978"/>
        </w:tc>
      </w:tr>
      <w:tr w:rsidR="00324978" w14:paraId="62D53516" w14:textId="7C2A9368" w:rsidTr="000E7450">
        <w:trPr>
          <w:jc w:val="center"/>
        </w:trPr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780E9B" w14:textId="071BAB1C" w:rsidR="00324978" w:rsidRDefault="00E64D4C" w:rsidP="00324978">
            <w:sdt>
              <w:sdtPr>
                <w:alias w:val="SORUMLU_BIRIM"/>
                <w:tag w:val="SORUMLU_BIRIM"/>
                <w:id w:val="-1761669868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324978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0865F8F1" w14:textId="77777777" w:rsidR="00324978" w:rsidRDefault="00324978" w:rsidP="00324978"/>
        </w:tc>
      </w:tr>
      <w:tr w:rsidR="00324978" w14:paraId="341C7BF3" w14:textId="4B0BE847" w:rsidTr="000E7450">
        <w:trPr>
          <w:jc w:val="center"/>
        </w:trPr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D316BF" w14:textId="37CC53C0" w:rsidR="00324978" w:rsidRDefault="00E64D4C" w:rsidP="00324978">
            <w:sdt>
              <w:sdtPr>
                <w:alias w:val="SORUMLU_BIRIM"/>
                <w:tag w:val="SORUMLU_BIRIM"/>
                <w:id w:val="176865107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324978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22DAC483" w14:textId="77777777" w:rsidR="00324978" w:rsidRDefault="00324978" w:rsidP="00324978"/>
        </w:tc>
      </w:tr>
      <w:tr w:rsidR="00A83B8D" w14:paraId="7C461F38" w14:textId="77777777" w:rsidTr="000E7450">
        <w:trPr>
          <w:jc w:val="center"/>
        </w:trPr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9850CC3" w14:textId="216D1E36" w:rsidR="00A83B8D" w:rsidRDefault="00E64D4C" w:rsidP="00A83B8D">
            <w:sdt>
              <w:sdtPr>
                <w:alias w:val="SORUMLU_BIRIM"/>
                <w:tag w:val="SORUMLU_BIRIM"/>
                <w:id w:val="-463966060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A83B8D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835" w:type="dxa"/>
          </w:tcPr>
          <w:p w14:paraId="7047599F" w14:textId="77777777" w:rsidR="00A83B8D" w:rsidRDefault="00A83B8D" w:rsidP="00A83B8D"/>
        </w:tc>
      </w:tr>
    </w:tbl>
    <w:p w14:paraId="43CBD598" w14:textId="77777777" w:rsidR="002A2056" w:rsidRDefault="002A2056">
      <w:pPr>
        <w:spacing w:after="40"/>
      </w:pPr>
    </w:p>
    <w:p w14:paraId="7DCE0A85" w14:textId="77777777" w:rsidR="002A2056" w:rsidRDefault="00107C14">
      <w:r>
        <w:rPr>
          <w:b/>
          <w:color w:val="70AD47"/>
          <w:sz w:val="20"/>
        </w:rPr>
        <w:t xml:space="preserve">B. </w:t>
      </w:r>
      <w:proofErr w:type="spellStart"/>
      <w:r>
        <w:rPr>
          <w:b/>
          <w:color w:val="70AD47"/>
          <w:sz w:val="20"/>
        </w:rPr>
        <w:t>İş</w:t>
      </w:r>
      <w:proofErr w:type="spellEnd"/>
      <w:r>
        <w:rPr>
          <w:b/>
          <w:color w:val="70AD47"/>
          <w:sz w:val="20"/>
        </w:rPr>
        <w:t xml:space="preserve"> </w:t>
      </w:r>
      <w:proofErr w:type="spellStart"/>
      <w:r>
        <w:rPr>
          <w:b/>
          <w:color w:val="70AD47"/>
          <w:sz w:val="20"/>
        </w:rPr>
        <w:t>Birliği</w:t>
      </w:r>
      <w:proofErr w:type="spellEnd"/>
      <w:r>
        <w:rPr>
          <w:b/>
          <w:color w:val="70AD47"/>
          <w:sz w:val="20"/>
        </w:rPr>
        <w:t xml:space="preserve"> </w:t>
      </w:r>
      <w:proofErr w:type="spellStart"/>
      <w:r>
        <w:rPr>
          <w:b/>
          <w:color w:val="70AD47"/>
          <w:sz w:val="20"/>
        </w:rPr>
        <w:t>Yapılan</w:t>
      </w:r>
      <w:proofErr w:type="spellEnd"/>
      <w:r>
        <w:rPr>
          <w:b/>
          <w:color w:val="70AD47"/>
          <w:sz w:val="20"/>
        </w:rPr>
        <w:t xml:space="preserve"> </w:t>
      </w:r>
      <w:proofErr w:type="spellStart"/>
      <w:r>
        <w:rPr>
          <w:b/>
          <w:color w:val="70AD47"/>
          <w:sz w:val="20"/>
        </w:rPr>
        <w:t>Birimler</w:t>
      </w:r>
      <w:proofErr w:type="spellEnd"/>
    </w:p>
    <w:p w14:paraId="64769C81" w14:textId="77777777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t>Katkı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Türü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Seçenekleri</w:t>
      </w:r>
      <w:proofErr w:type="spellEnd"/>
      <w:r>
        <w:rPr>
          <w:i/>
          <w:color w:val="5A5A5A"/>
          <w:sz w:val="16"/>
        </w:rPr>
        <w:t xml:space="preserve">  </w:t>
      </w:r>
      <w:proofErr w:type="spellStart"/>
      <w:r>
        <w:rPr>
          <w:i/>
          <w:color w:val="5A5A5A"/>
          <w:sz w:val="16"/>
        </w:rPr>
        <w:t>Aşağıdaki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tabloda</w:t>
      </w:r>
      <w:proofErr w:type="spellEnd"/>
      <w:r>
        <w:rPr>
          <w:i/>
          <w:color w:val="5A5A5A"/>
          <w:sz w:val="16"/>
        </w:rPr>
        <w:t xml:space="preserve"> her </w:t>
      </w:r>
      <w:proofErr w:type="spellStart"/>
      <w:r>
        <w:rPr>
          <w:i/>
          <w:color w:val="5A5A5A"/>
          <w:sz w:val="16"/>
        </w:rPr>
        <w:t>bir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birim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için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uygun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katkı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türünü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yazınız</w:t>
      </w:r>
      <w:proofErr w:type="spellEnd"/>
      <w:r>
        <w:rPr>
          <w:i/>
          <w:color w:val="5A5A5A"/>
          <w:sz w:val="16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4"/>
        <w:gridCol w:w="5292"/>
      </w:tblGrid>
      <w:tr w:rsidR="002A2056" w14:paraId="44FD8088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5EFB5F" w14:textId="77777777" w:rsidR="002A2056" w:rsidRDefault="00E64D4C">
            <w:sdt>
              <w:sdtPr>
                <w:alias w:val="CHECK_3047"/>
                <w:tag w:val="CHECK_3047"/>
                <w:id w:val="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Ortak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Yürütücülük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DE44AE" w14:textId="77777777" w:rsidR="002A2056" w:rsidRDefault="00E64D4C">
            <w:sdt>
              <w:sdtPr>
                <w:alias w:val="CHECK_3048"/>
                <w:tag w:val="CHECK_3048"/>
                <w:id w:val="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Koordinasyon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</w:tr>
      <w:tr w:rsidR="002A2056" w14:paraId="174A90D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38B986" w14:textId="77777777" w:rsidR="002A2056" w:rsidRDefault="00E64D4C">
            <w:sdt>
              <w:sdtPr>
                <w:alias w:val="CHECK_3049"/>
                <w:tag w:val="CHECK_3049"/>
                <w:id w:val="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Akademik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Destek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321489" w14:textId="77777777" w:rsidR="002A2056" w:rsidRDefault="00E64D4C">
            <w:sdt>
              <w:sdtPr>
                <w:alias w:val="CHECK_3050"/>
                <w:tag w:val="CHECK_3050"/>
                <w:id w:val="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İdari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Destek</w:t>
            </w:r>
            <w:proofErr w:type="spellEnd"/>
          </w:p>
        </w:tc>
      </w:tr>
      <w:tr w:rsidR="002A2056" w14:paraId="5A058F7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A3E72B" w14:textId="77777777" w:rsidR="002A2056" w:rsidRDefault="00E64D4C">
            <w:sdt>
              <w:sdtPr>
                <w:alias w:val="CHECK_3051"/>
                <w:tag w:val="CHECK_3051"/>
                <w:id w:val="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Teknik </w:t>
            </w:r>
            <w:proofErr w:type="spellStart"/>
            <w:r w:rsidR="00107C14">
              <w:rPr>
                <w:sz w:val="16"/>
              </w:rPr>
              <w:t>Destek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E82CA6" w14:textId="77777777" w:rsidR="002A2056" w:rsidRDefault="00E64D4C">
            <w:sdt>
              <w:sdtPr>
                <w:alias w:val="CHECK_3052"/>
                <w:tag w:val="CHECK_3052"/>
                <w:id w:val="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Mekân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Altyapı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</w:tr>
      <w:tr w:rsidR="002A2056" w14:paraId="454409B2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5E3DD9" w14:textId="77777777" w:rsidR="002A2056" w:rsidRDefault="00E64D4C">
            <w:sdt>
              <w:sdtPr>
                <w:alias w:val="CHECK_3053"/>
                <w:tag w:val="CHECK_3053"/>
                <w:id w:val="3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Ekipman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Malzeme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777158" w14:textId="77777777" w:rsidR="002A2056" w:rsidRDefault="00E64D4C">
            <w:sdt>
              <w:sdtPr>
                <w:alias w:val="CHECK_3054"/>
                <w:tag w:val="CHECK_3054"/>
                <w:id w:val="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Mali </w:t>
            </w:r>
            <w:proofErr w:type="spellStart"/>
            <w:r w:rsidR="00107C14">
              <w:rPr>
                <w:sz w:val="16"/>
              </w:rPr>
              <w:t>Destek</w:t>
            </w:r>
            <w:proofErr w:type="spellEnd"/>
          </w:p>
        </w:tc>
      </w:tr>
      <w:tr w:rsidR="002A2056" w14:paraId="21C59229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34CB80" w14:textId="77777777" w:rsidR="002A2056" w:rsidRDefault="00E64D4C">
            <w:sdt>
              <w:sdtPr>
                <w:alias w:val="CHECK_3055"/>
                <w:tag w:val="CHECK_3055"/>
                <w:id w:val="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Tanıtım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İletişim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6FE589" w14:textId="77777777" w:rsidR="002A2056" w:rsidRDefault="00E64D4C">
            <w:sdt>
              <w:sdtPr>
                <w:alias w:val="CHECK_3056"/>
                <w:tag w:val="CHECK_3056"/>
                <w:id w:val="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Veri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Raporlama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</w:tr>
      <w:tr w:rsidR="002A2056" w14:paraId="6C5D176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384FD1F" w14:textId="77777777" w:rsidR="002A2056" w:rsidRDefault="00E64D4C">
            <w:sdt>
              <w:sdtPr>
                <w:alias w:val="CHECK_3057"/>
                <w:tag w:val="CHECK_3057"/>
                <w:id w:val="3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Kalite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Güvence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EF5A04" w14:textId="77777777" w:rsidR="002A2056" w:rsidRDefault="00E64D4C">
            <w:sdt>
              <w:sdtPr>
                <w:alias w:val="CHECK_3058"/>
                <w:tag w:val="CHECK_3058"/>
                <w:id w:val="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Proje</w:t>
            </w:r>
            <w:proofErr w:type="spellEnd"/>
            <w:r w:rsidR="00107C14">
              <w:rPr>
                <w:sz w:val="16"/>
              </w:rPr>
              <w:t xml:space="preserve"> / </w:t>
            </w:r>
            <w:proofErr w:type="spellStart"/>
            <w:r w:rsidR="00107C14">
              <w:rPr>
                <w:sz w:val="16"/>
              </w:rPr>
              <w:t>İş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Birliği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</w:tr>
      <w:tr w:rsidR="002A2056" w14:paraId="17CF786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58B7D8" w14:textId="77777777" w:rsidR="002A2056" w:rsidRDefault="00E64D4C">
            <w:sdt>
              <w:sdtPr>
                <w:alias w:val="CHECK_3059"/>
                <w:tag w:val="CHECK_3059"/>
                <w:id w:val="3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>: ........................................</w:t>
            </w:r>
          </w:p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91AE10" w14:textId="77777777" w:rsidR="002A2056" w:rsidRDefault="002A2056"/>
        </w:tc>
      </w:tr>
      <w:tr w:rsidR="009B0723" w14:paraId="2A6FC630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B9D592" w14:textId="77777777" w:rsidR="009B0723" w:rsidRDefault="009B0723"/>
          <w:p w14:paraId="1AFBDF23" w14:textId="77777777" w:rsidR="009B0723" w:rsidRDefault="009B0723"/>
          <w:p w14:paraId="18FE419C" w14:textId="77777777" w:rsidR="009B0723" w:rsidRDefault="009B0723"/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27C9A6" w14:textId="77777777" w:rsidR="009B0723" w:rsidRDefault="009B0723"/>
        </w:tc>
      </w:tr>
    </w:tbl>
    <w:p w14:paraId="0D4BB48F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32"/>
        <w:gridCol w:w="3093"/>
        <w:gridCol w:w="4552"/>
      </w:tblGrid>
      <w:tr w:rsidR="00FA2627" w14:paraId="181C3027" w14:textId="77777777" w:rsidTr="00FA2627">
        <w:trPr>
          <w:tblHeader/>
          <w:jc w:val="center"/>
        </w:trPr>
        <w:tc>
          <w:tcPr>
            <w:tcW w:w="233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1975E" w14:textId="19C583A1" w:rsidR="00FA2627" w:rsidRDefault="00FA2627" w:rsidP="006D277E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lastRenderedPageBreak/>
              <w:t>Birim</w:t>
            </w:r>
            <w:proofErr w:type="spellEnd"/>
          </w:p>
        </w:tc>
        <w:tc>
          <w:tcPr>
            <w:tcW w:w="3093" w:type="dxa"/>
            <w:shd w:val="clear" w:color="auto" w:fill="5B9BD5"/>
          </w:tcPr>
          <w:p w14:paraId="146C680F" w14:textId="3BCFA5DF" w:rsidR="00FA2627" w:rsidRDefault="00FA2627" w:rsidP="006D277E">
            <w:pPr>
              <w:jc w:val="center"/>
              <w:rPr>
                <w:b/>
                <w:color w:val="FFFFFF"/>
                <w:sz w:val="16"/>
              </w:rPr>
            </w:pPr>
            <w:proofErr w:type="spellStart"/>
            <w:r>
              <w:rPr>
                <w:b/>
                <w:color w:val="FFFFFF"/>
                <w:sz w:val="16"/>
              </w:rPr>
              <w:t>Katkı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Türü</w:t>
            </w:r>
            <w:proofErr w:type="spellEnd"/>
          </w:p>
        </w:tc>
        <w:tc>
          <w:tcPr>
            <w:tcW w:w="455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A8ADB1" w14:textId="76AAE051" w:rsidR="00FA2627" w:rsidRDefault="00FA2627" w:rsidP="006D277E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Katkı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Açıklaması</w:t>
            </w:r>
            <w:proofErr w:type="spellEnd"/>
          </w:p>
        </w:tc>
      </w:tr>
      <w:tr w:rsidR="00FA2627" w14:paraId="25777CD0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075B43" w14:textId="025B9074" w:rsidR="00FA2627" w:rsidRDefault="00E64D4C" w:rsidP="006D277E">
            <w:sdt>
              <w:sdtPr>
                <w:alias w:val="ISBIRLIGI_BIRIM"/>
                <w:tag w:val="ISBIRLIGI_BIRIM"/>
                <w:id w:val="461545631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FA2627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11F6B64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44E0F9" w14:textId="1DE0B8D4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35FC3C32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FBCA3A" w14:textId="2000C760" w:rsidR="00FA2627" w:rsidRDefault="00E64D4C" w:rsidP="006D277E">
            <w:sdt>
              <w:sdtPr>
                <w:alias w:val="ISBIRLIGI_BIRIM"/>
                <w:tag w:val="ISBIRLIGI_BIRIM"/>
                <w:id w:val="-131109238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FA2627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4E98448D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89EAAA" w14:textId="3D67B505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4A698D85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0E7E11" w14:textId="52D61D35" w:rsidR="00FA2627" w:rsidRDefault="00E64D4C" w:rsidP="006D277E">
            <w:sdt>
              <w:sdtPr>
                <w:alias w:val="ISBIRLIGI_BIRIM"/>
                <w:tag w:val="ISBIRLIGI_BIRIM"/>
                <w:id w:val="-16216476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FA2627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E95BD08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073AD9" w14:textId="428AB6DB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  <w:tr w:rsidR="00FA2627" w14:paraId="5022642F" w14:textId="77777777" w:rsidTr="00FA2627">
        <w:trPr>
          <w:jc w:val="center"/>
        </w:trPr>
        <w:tc>
          <w:tcPr>
            <w:tcW w:w="2332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063FD3" w14:textId="50259F89" w:rsidR="00FA2627" w:rsidRDefault="00E64D4C" w:rsidP="006D277E">
            <w:sdt>
              <w:sdtPr>
                <w:alias w:val="ISBIRLIGI_BIRIM"/>
                <w:tag w:val="ISBIRLIGI_BIRIM"/>
                <w:id w:val="-166438500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FA2627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3093" w:type="dxa"/>
          </w:tcPr>
          <w:p w14:paraId="5CD7BC00" w14:textId="77777777" w:rsidR="00FA2627" w:rsidRDefault="00FA2627" w:rsidP="006D277E">
            <w:pPr>
              <w:rPr>
                <w:sz w:val="16"/>
              </w:rPr>
            </w:pPr>
          </w:p>
        </w:tc>
        <w:tc>
          <w:tcPr>
            <w:tcW w:w="455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DCB6D07" w14:textId="3181D511" w:rsidR="00FA2627" w:rsidRDefault="00FA2627" w:rsidP="006D277E">
            <w:r>
              <w:rPr>
                <w:sz w:val="16"/>
              </w:rPr>
              <w:t xml:space="preserve"> </w:t>
            </w:r>
          </w:p>
        </w:tc>
      </w:tr>
    </w:tbl>
    <w:p w14:paraId="526A3338" w14:textId="77777777" w:rsidR="002A2056" w:rsidRDefault="002A2056">
      <w:pPr>
        <w:spacing w:after="40"/>
      </w:pPr>
    </w:p>
    <w:p w14:paraId="4F3BC482" w14:textId="77777777" w:rsidR="002A2056" w:rsidRDefault="00107C14">
      <w:r>
        <w:rPr>
          <w:b/>
          <w:color w:val="009999"/>
          <w:sz w:val="20"/>
        </w:rPr>
        <w:t xml:space="preserve">C. </w:t>
      </w:r>
      <w:proofErr w:type="spellStart"/>
      <w:r>
        <w:rPr>
          <w:b/>
          <w:color w:val="009999"/>
          <w:sz w:val="20"/>
        </w:rPr>
        <w:t>Dış</w:t>
      </w:r>
      <w:proofErr w:type="spellEnd"/>
      <w:r>
        <w:rPr>
          <w:b/>
          <w:color w:val="009999"/>
          <w:sz w:val="20"/>
        </w:rPr>
        <w:t xml:space="preserve"> </w:t>
      </w:r>
      <w:proofErr w:type="spellStart"/>
      <w:r>
        <w:rPr>
          <w:b/>
          <w:color w:val="009999"/>
          <w:sz w:val="20"/>
        </w:rPr>
        <w:t>Paydaşlar</w:t>
      </w:r>
      <w:proofErr w:type="spellEnd"/>
    </w:p>
    <w:p w14:paraId="42EE8EE9" w14:textId="77777777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t>Paydaş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Türü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3528"/>
        <w:gridCol w:w="3530"/>
      </w:tblGrid>
      <w:tr w:rsidR="002A2056" w14:paraId="05D9AB5D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ED58C2" w14:textId="77777777" w:rsidR="002A2056" w:rsidRDefault="00E64D4C">
            <w:sdt>
              <w:sdtPr>
                <w:alias w:val="CHECK_3060"/>
                <w:tag w:val="CHECK_3060"/>
                <w:id w:val="3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Bakanlık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072FBB2" w14:textId="77777777" w:rsidR="002A2056" w:rsidRDefault="00E64D4C">
            <w:sdt>
              <w:sdtPr>
                <w:alias w:val="CHECK_3061"/>
                <w:tag w:val="CHECK_3061"/>
                <w:id w:val="3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Kamu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Kurumu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2EA0BF" w14:textId="77777777" w:rsidR="002A2056" w:rsidRDefault="00E64D4C">
            <w:sdt>
              <w:sdtPr>
                <w:alias w:val="CHECK_3062"/>
                <w:tag w:val="CHECK_3062"/>
                <w:id w:val="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Valilik</w:t>
            </w:r>
            <w:proofErr w:type="spellEnd"/>
            <w:r w:rsidR="00107C14">
              <w:rPr>
                <w:sz w:val="16"/>
              </w:rPr>
              <w:t xml:space="preserve"> / </w:t>
            </w:r>
            <w:proofErr w:type="spellStart"/>
            <w:r w:rsidR="00107C14">
              <w:rPr>
                <w:sz w:val="16"/>
              </w:rPr>
              <w:t>Kaymakamlık</w:t>
            </w:r>
            <w:proofErr w:type="spellEnd"/>
          </w:p>
        </w:tc>
      </w:tr>
      <w:tr w:rsidR="002A2056" w14:paraId="6BEC5458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A8FB873" w14:textId="77777777" w:rsidR="002A2056" w:rsidRDefault="00E64D4C">
            <w:sdt>
              <w:sdtPr>
                <w:alias w:val="CHECK_3063"/>
                <w:tag w:val="CHECK_3063"/>
                <w:id w:val="3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Belediye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A3C6F4" w14:textId="77777777" w:rsidR="002A2056" w:rsidRDefault="00E64D4C">
            <w:sdt>
              <w:sdtPr>
                <w:alias w:val="CHECK_3064"/>
                <w:tag w:val="CHECK_3064"/>
                <w:id w:val="3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Üniversite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145ACE" w14:textId="77777777" w:rsidR="002A2056" w:rsidRDefault="00E64D4C">
            <w:sdt>
              <w:sdtPr>
                <w:alias w:val="CHECK_3065"/>
                <w:tag w:val="CHECK_3065"/>
                <w:id w:val="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Eğitim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Kurumu</w:t>
            </w:r>
            <w:proofErr w:type="spellEnd"/>
          </w:p>
        </w:tc>
      </w:tr>
      <w:tr w:rsidR="002A2056" w14:paraId="08284CFB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6CA70F" w14:textId="77777777" w:rsidR="002A2056" w:rsidRDefault="00E64D4C">
            <w:sdt>
              <w:sdtPr>
                <w:alias w:val="CHECK_3066"/>
                <w:tag w:val="CHECK_3066"/>
                <w:id w:val="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Araştırma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Merkezi</w:t>
            </w:r>
            <w:proofErr w:type="spellEnd"/>
            <w:r w:rsidR="00107C14">
              <w:rPr>
                <w:sz w:val="16"/>
              </w:rPr>
              <w:t xml:space="preserve"> / </w:t>
            </w:r>
            <w:proofErr w:type="spellStart"/>
            <w:r w:rsidR="00107C14">
              <w:rPr>
                <w:sz w:val="16"/>
              </w:rPr>
              <w:t>Enstitü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51C44A" w14:textId="77777777" w:rsidR="002A2056" w:rsidRDefault="00E64D4C">
            <w:sdt>
              <w:sdtPr>
                <w:alias w:val="CHECK_3067"/>
                <w:tag w:val="CHECK_3067"/>
                <w:id w:val="3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Özel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Sektör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Firması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E41C8E" w14:textId="77777777" w:rsidR="002A2056" w:rsidRDefault="00E64D4C">
            <w:sdt>
              <w:sdtPr>
                <w:alias w:val="CHECK_3068"/>
                <w:tag w:val="CHECK_3068"/>
                <w:id w:val="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Sanayi </w:t>
            </w:r>
            <w:proofErr w:type="spellStart"/>
            <w:r w:rsidR="00107C14">
              <w:rPr>
                <w:sz w:val="16"/>
              </w:rPr>
              <w:t>Kuruluşu</w:t>
            </w:r>
            <w:proofErr w:type="spellEnd"/>
          </w:p>
        </w:tc>
      </w:tr>
      <w:tr w:rsidR="002A2056" w14:paraId="74BD5378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1DE10D" w14:textId="77777777" w:rsidR="002A2056" w:rsidRDefault="00E64D4C">
            <w:sdt>
              <w:sdtPr>
                <w:alias w:val="CHECK_3069"/>
                <w:tag w:val="CHECK_3069"/>
                <w:id w:val="3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Sivil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Toplum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Kuruluşu</w:t>
            </w:r>
            <w:proofErr w:type="spellEnd"/>
            <w:r w:rsidR="00107C14">
              <w:rPr>
                <w:sz w:val="16"/>
              </w:rPr>
              <w:t xml:space="preserve"> (STK)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4F551D" w14:textId="77777777" w:rsidR="002A2056" w:rsidRDefault="00E64D4C">
            <w:sdt>
              <w:sdtPr>
                <w:alias w:val="CHECK_3070"/>
                <w:tag w:val="CHECK_3070"/>
                <w:id w:val="3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Meslek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Odası</w:t>
            </w:r>
            <w:proofErr w:type="spellEnd"/>
            <w:r w:rsidR="00107C14">
              <w:rPr>
                <w:sz w:val="16"/>
              </w:rPr>
              <w:t xml:space="preserve"> / </w:t>
            </w:r>
            <w:proofErr w:type="spellStart"/>
            <w:r w:rsidR="00107C14">
              <w:rPr>
                <w:sz w:val="16"/>
              </w:rPr>
              <w:t>Birlik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810583" w14:textId="77777777" w:rsidR="002A2056" w:rsidRDefault="00E64D4C">
            <w:sdt>
              <w:sdtPr>
                <w:alias w:val="CHECK_3071"/>
                <w:tag w:val="CHECK_3071"/>
                <w:id w:val="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Hastane</w:t>
            </w:r>
            <w:proofErr w:type="spellEnd"/>
            <w:r w:rsidR="00107C14">
              <w:rPr>
                <w:sz w:val="16"/>
              </w:rPr>
              <w:t xml:space="preserve"> / </w:t>
            </w:r>
            <w:proofErr w:type="spellStart"/>
            <w:r w:rsidR="00107C14">
              <w:rPr>
                <w:sz w:val="16"/>
              </w:rPr>
              <w:t>Sağlık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Kuruluşu</w:t>
            </w:r>
            <w:proofErr w:type="spellEnd"/>
          </w:p>
        </w:tc>
      </w:tr>
      <w:tr w:rsidR="002A2056" w14:paraId="1C6F0B3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381D7B" w14:textId="77777777" w:rsidR="002A2056" w:rsidRDefault="00E64D4C">
            <w:sdt>
              <w:sdtPr>
                <w:alias w:val="CHECK_3072"/>
                <w:tag w:val="CHECK_3072"/>
                <w:id w:val="3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Uluslararası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Kuruluş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CFA6F6" w14:textId="77777777" w:rsidR="002A2056" w:rsidRDefault="00E64D4C">
            <w:sdt>
              <w:sdtPr>
                <w:alias w:val="CHECK_3073"/>
                <w:tag w:val="CHECK_3073"/>
                <w:id w:val="3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Medya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Kuruluşu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451CCF" w14:textId="77777777" w:rsidR="002A2056" w:rsidRDefault="00E64D4C">
            <w:sdt>
              <w:sdtPr>
                <w:alias w:val="CHECK_3074"/>
                <w:tag w:val="CHECK_3074"/>
                <w:id w:val="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>: ........................................</w:t>
            </w:r>
          </w:p>
        </w:tc>
      </w:tr>
    </w:tbl>
    <w:p w14:paraId="6B0D100B" w14:textId="77777777" w:rsidR="002A2056" w:rsidRDefault="002A2056">
      <w:pPr>
        <w:spacing w:after="40"/>
      </w:pPr>
    </w:p>
    <w:p w14:paraId="6F2D6D81" w14:textId="77777777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t>Etkileşim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Düzeyi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3529"/>
        <w:gridCol w:w="3529"/>
      </w:tblGrid>
      <w:tr w:rsidR="002A2056" w14:paraId="479176A0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CEE347" w14:textId="77777777" w:rsidR="002A2056" w:rsidRDefault="00E64D4C">
            <w:sdt>
              <w:sdtPr>
                <w:alias w:val="CHECK_3075"/>
                <w:tag w:val="CHECK_3075"/>
                <w:id w:val="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Bilgilendirildi</w:t>
            </w:r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F1E68B" w14:textId="77777777" w:rsidR="002A2056" w:rsidRDefault="00E64D4C">
            <w:sdt>
              <w:sdtPr>
                <w:alias w:val="CHECK_3076"/>
                <w:tag w:val="CHECK_3076"/>
                <w:id w:val="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Görüşü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Alındı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2654D6" w14:textId="77777777" w:rsidR="002A2056" w:rsidRDefault="00E64D4C">
            <w:sdt>
              <w:sdtPr>
                <w:alias w:val="CHECK_3077"/>
                <w:tag w:val="CHECK_3077"/>
                <w:id w:val="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Sağladı</w:t>
            </w:r>
            <w:proofErr w:type="spellEnd"/>
          </w:p>
        </w:tc>
      </w:tr>
      <w:tr w:rsidR="002A2056" w14:paraId="36246F07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80ACA5" w14:textId="77777777" w:rsidR="002A2056" w:rsidRDefault="00E64D4C">
            <w:sdt>
              <w:sdtPr>
                <w:alias w:val="CHECK_3078"/>
                <w:tag w:val="CHECK_3078"/>
                <w:id w:val="3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İş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Birliği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Yapıldı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6C0B96" w14:textId="77777777" w:rsidR="002A2056" w:rsidRDefault="00E64D4C">
            <w:sdt>
              <w:sdtPr>
                <w:alias w:val="CHECK_3079"/>
                <w:tag w:val="CHECK_3079"/>
                <w:id w:val="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Ortak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Olarak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Yürüttü</w:t>
            </w:r>
            <w:proofErr w:type="spellEnd"/>
          </w:p>
        </w:tc>
        <w:tc>
          <w:tcPr>
            <w:tcW w:w="3532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5054493" w14:textId="77777777" w:rsidR="002A2056" w:rsidRDefault="002A2056"/>
        </w:tc>
      </w:tr>
    </w:tbl>
    <w:p w14:paraId="2EC43F27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4139"/>
        <w:gridCol w:w="2835"/>
      </w:tblGrid>
      <w:tr w:rsidR="002A2056" w14:paraId="4D3E5D1E" w14:textId="77777777">
        <w:trPr>
          <w:tblHeader/>
          <w:jc w:val="center"/>
        </w:trPr>
        <w:tc>
          <w:tcPr>
            <w:tcW w:w="255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B78C51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Paydaş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Türü</w:t>
            </w:r>
            <w:proofErr w:type="spellEnd"/>
          </w:p>
        </w:tc>
        <w:tc>
          <w:tcPr>
            <w:tcW w:w="4139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8ECE66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Paydaş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Adı</w:t>
            </w:r>
            <w:proofErr w:type="spellEnd"/>
          </w:p>
        </w:tc>
        <w:tc>
          <w:tcPr>
            <w:tcW w:w="2835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910A20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Etkileşim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Düzeyi</w:t>
            </w:r>
            <w:proofErr w:type="spellEnd"/>
          </w:p>
        </w:tc>
      </w:tr>
      <w:tr w:rsidR="002A2056" w14:paraId="0CE6693C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C872C86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C40EB6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7523AD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618D0FA6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E5FDDE9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D13FE9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8DA8AE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12C9A188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9E37A1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C92401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7738C4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71583ADB" w14:textId="77777777">
        <w:trPr>
          <w:jc w:val="center"/>
        </w:trPr>
        <w:tc>
          <w:tcPr>
            <w:tcW w:w="255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C468837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4139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E48D76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83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313956D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</w:tbl>
    <w:p w14:paraId="60D6CF9B" w14:textId="77777777" w:rsidR="002A2056" w:rsidRDefault="002A2056">
      <w:pPr>
        <w:spacing w:after="40"/>
      </w:pPr>
    </w:p>
    <w:p w14:paraId="2BE74474" w14:textId="77777777" w:rsidR="002A2056" w:rsidRDefault="00107C14">
      <w:r>
        <w:rPr>
          <w:b/>
          <w:color w:val="ED7D31"/>
          <w:sz w:val="20"/>
        </w:rPr>
        <w:t xml:space="preserve">D. </w:t>
      </w:r>
      <w:proofErr w:type="spellStart"/>
      <w:r>
        <w:rPr>
          <w:b/>
          <w:color w:val="ED7D31"/>
          <w:sz w:val="20"/>
        </w:rPr>
        <w:t>Katkı</w:t>
      </w:r>
      <w:proofErr w:type="spellEnd"/>
      <w:r>
        <w:rPr>
          <w:b/>
          <w:color w:val="ED7D31"/>
          <w:sz w:val="20"/>
        </w:rPr>
        <w:t xml:space="preserve"> </w:t>
      </w:r>
      <w:proofErr w:type="spellStart"/>
      <w:r>
        <w:rPr>
          <w:b/>
          <w:color w:val="ED7D31"/>
          <w:sz w:val="20"/>
        </w:rPr>
        <w:t>Sağlayan</w:t>
      </w:r>
      <w:proofErr w:type="spellEnd"/>
      <w:r>
        <w:rPr>
          <w:b/>
          <w:color w:val="ED7D31"/>
          <w:sz w:val="20"/>
        </w:rPr>
        <w:t xml:space="preserve"> </w:t>
      </w:r>
      <w:proofErr w:type="spellStart"/>
      <w:r>
        <w:rPr>
          <w:b/>
          <w:color w:val="ED7D31"/>
          <w:sz w:val="20"/>
        </w:rPr>
        <w:t>Personel</w:t>
      </w:r>
      <w:proofErr w:type="spellEnd"/>
    </w:p>
    <w:p w14:paraId="6239D321" w14:textId="77777777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t>Rol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28"/>
        <w:gridCol w:w="3528"/>
        <w:gridCol w:w="3530"/>
      </w:tblGrid>
      <w:tr w:rsidR="002A2056" w14:paraId="2E2B528E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6593A5" w14:textId="77777777" w:rsidR="002A2056" w:rsidRDefault="00E64D4C">
            <w:sdt>
              <w:sdtPr>
                <w:alias w:val="CHECK_3080"/>
                <w:tag w:val="CHECK_3080"/>
                <w:id w:val="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Koordinatör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DE080B" w14:textId="77777777" w:rsidR="002A2056" w:rsidRDefault="00E64D4C">
            <w:sdt>
              <w:sdtPr>
                <w:alias w:val="CHECK_3081"/>
                <w:tag w:val="CHECK_3081"/>
                <w:id w:val="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Ekip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Üyesi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E76571" w14:textId="77777777" w:rsidR="002A2056" w:rsidRDefault="00E64D4C">
            <w:sdt>
              <w:sdtPr>
                <w:alias w:val="CHECK_3082"/>
                <w:tag w:val="CHECK_3082"/>
                <w:id w:val="3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Eğitici</w:t>
            </w:r>
            <w:proofErr w:type="spellEnd"/>
          </w:p>
        </w:tc>
      </w:tr>
      <w:tr w:rsidR="002A2056" w14:paraId="4683E13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0AD565" w14:textId="77777777" w:rsidR="002A2056" w:rsidRDefault="00E64D4C">
            <w:sdt>
              <w:sdtPr>
                <w:alias w:val="CHECK_3083"/>
                <w:tag w:val="CHECK_3083"/>
                <w:id w:val="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Konuşmacı</w:t>
            </w:r>
            <w:proofErr w:type="spellEnd"/>
            <w:r w:rsidR="00107C14">
              <w:rPr>
                <w:sz w:val="16"/>
              </w:rPr>
              <w:t xml:space="preserve"> / </w:t>
            </w:r>
            <w:proofErr w:type="spellStart"/>
            <w:r w:rsidR="00107C14">
              <w:rPr>
                <w:sz w:val="16"/>
              </w:rPr>
              <w:t>Sunucu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A96C4A" w14:textId="77777777" w:rsidR="002A2056" w:rsidRDefault="00E64D4C">
            <w:sdt>
              <w:sdtPr>
                <w:alias w:val="CHECK_3084"/>
                <w:tag w:val="CHECK_3084"/>
                <w:id w:val="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Moderatör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AC429B" w14:textId="77777777" w:rsidR="002A2056" w:rsidRDefault="00E64D4C">
            <w:sdt>
              <w:sdtPr>
                <w:alias w:val="CHECK_3085"/>
                <w:tag w:val="CHECK_3085"/>
                <w:id w:val="3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Raportör</w:t>
            </w:r>
            <w:proofErr w:type="spellEnd"/>
          </w:p>
        </w:tc>
      </w:tr>
      <w:tr w:rsidR="002A2056" w14:paraId="329C6053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62E712" w14:textId="77777777" w:rsidR="002A2056" w:rsidRDefault="00E64D4C">
            <w:sdt>
              <w:sdtPr>
                <w:alias w:val="CHECK_3086"/>
                <w:tag w:val="CHECK_3086"/>
                <w:id w:val="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Teknik </w:t>
            </w:r>
            <w:proofErr w:type="spellStart"/>
            <w:r w:rsidR="00107C14">
              <w:rPr>
                <w:sz w:val="16"/>
              </w:rPr>
              <w:t>Destek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Personeli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478851" w14:textId="77777777" w:rsidR="002A2056" w:rsidRDefault="00E64D4C">
            <w:sdt>
              <w:sdtPr>
                <w:alias w:val="CHECK_3087"/>
                <w:tag w:val="CHECK_3087"/>
                <w:id w:val="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İdari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Personeli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4538AF" w14:textId="77777777" w:rsidR="002A2056" w:rsidRDefault="00E64D4C">
            <w:sdt>
              <w:sdtPr>
                <w:alias w:val="CHECK_3088"/>
                <w:tag w:val="CHECK_3088"/>
                <w:id w:val="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Danışman</w:t>
            </w:r>
            <w:proofErr w:type="spellEnd"/>
          </w:p>
        </w:tc>
      </w:tr>
      <w:tr w:rsidR="002A2056" w14:paraId="1E8323A1" w14:textId="77777777">
        <w:trPr>
          <w:jc w:val="center"/>
        </w:trPr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282652" w14:textId="77777777" w:rsidR="002A2056" w:rsidRDefault="00E64D4C">
            <w:sdt>
              <w:sdtPr>
                <w:alias w:val="CHECK_3089"/>
                <w:tag w:val="CHECK_3089"/>
                <w:id w:val="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Gözlemci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52ED49" w14:textId="77777777" w:rsidR="002A2056" w:rsidRDefault="00E64D4C">
            <w:sdt>
              <w:sdtPr>
                <w:alias w:val="CHECK_3090"/>
                <w:tag w:val="CHECK_3090"/>
                <w:id w:val="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Gönüllü</w:t>
            </w:r>
            <w:proofErr w:type="spellEnd"/>
          </w:p>
        </w:tc>
        <w:tc>
          <w:tcPr>
            <w:tcW w:w="3532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65C6AA" w14:textId="77777777" w:rsidR="002A2056" w:rsidRDefault="00E64D4C">
            <w:sdt>
              <w:sdtPr>
                <w:alias w:val="CHECK_3091"/>
                <w:tag w:val="CHECK_3091"/>
                <w:id w:val="3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>: ........................................</w:t>
            </w:r>
          </w:p>
        </w:tc>
      </w:tr>
    </w:tbl>
    <w:p w14:paraId="27FAA6FD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2343"/>
        <w:gridCol w:w="2384"/>
      </w:tblGrid>
      <w:tr w:rsidR="007524CA" w14:paraId="4323C75B" w14:textId="77777777" w:rsidTr="007524CA">
        <w:trPr>
          <w:tblHeader/>
          <w:jc w:val="center"/>
        </w:trPr>
        <w:tc>
          <w:tcPr>
            <w:tcW w:w="3513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4BB6EA" w14:textId="385F02EA" w:rsidR="007524CA" w:rsidRDefault="007524CA" w:rsidP="007524CA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Birimi</w:t>
            </w:r>
            <w:proofErr w:type="spellEnd"/>
          </w:p>
        </w:tc>
        <w:tc>
          <w:tcPr>
            <w:tcW w:w="2343" w:type="dxa"/>
            <w:shd w:val="clear" w:color="auto" w:fill="5B9BD5"/>
          </w:tcPr>
          <w:p w14:paraId="4444422D" w14:textId="32471416" w:rsidR="007524CA" w:rsidRDefault="007524CA" w:rsidP="007524CA">
            <w:pPr>
              <w:jc w:val="center"/>
              <w:rPr>
                <w:b/>
                <w:color w:val="FFFFFF"/>
                <w:sz w:val="16"/>
              </w:rPr>
            </w:pPr>
            <w:proofErr w:type="spellStart"/>
            <w:r w:rsidRPr="007524CA">
              <w:rPr>
                <w:b/>
                <w:color w:val="FFFFFF"/>
                <w:sz w:val="16"/>
              </w:rPr>
              <w:t>Katkı</w:t>
            </w:r>
            <w:proofErr w:type="spellEnd"/>
            <w:r w:rsidRPr="007524CA">
              <w:rPr>
                <w:b/>
                <w:color w:val="FFFFFF"/>
                <w:sz w:val="16"/>
              </w:rPr>
              <w:t xml:space="preserve"> </w:t>
            </w:r>
            <w:proofErr w:type="spellStart"/>
            <w:r w:rsidRPr="007524CA">
              <w:rPr>
                <w:b/>
                <w:color w:val="FFFFFF"/>
                <w:sz w:val="16"/>
              </w:rPr>
              <w:t>Türü</w:t>
            </w:r>
            <w:proofErr w:type="spellEnd"/>
          </w:p>
        </w:tc>
        <w:tc>
          <w:tcPr>
            <w:tcW w:w="2384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B51642" w14:textId="55735301" w:rsidR="007524CA" w:rsidRDefault="007524CA" w:rsidP="007524CA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Rolü</w:t>
            </w:r>
            <w:proofErr w:type="spellEnd"/>
          </w:p>
        </w:tc>
      </w:tr>
      <w:tr w:rsidR="007524CA" w14:paraId="48734A4D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D70421" w14:textId="558CCCB3" w:rsidR="007524CA" w:rsidRDefault="00E64D4C" w:rsidP="007524CA">
            <w:sdt>
              <w:sdtPr>
                <w:alias w:val="KATKI_PERSONEL_BIRIM"/>
                <w:tag w:val="KATKI_PERSONEL_BIRIM"/>
                <w:id w:val="898555482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AB31FA">
                  <w:t>Seçiniz...</w:t>
                </w:r>
              </w:sdtContent>
            </w:sdt>
          </w:p>
        </w:tc>
        <w:tc>
          <w:tcPr>
            <w:tcW w:w="2343" w:type="dxa"/>
          </w:tcPr>
          <w:p w14:paraId="1719A158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C66DE9" w14:textId="09AB9902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1DC92679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879B39" w14:textId="579CC7BD" w:rsidR="007524CA" w:rsidRDefault="00E64D4C" w:rsidP="007524CA">
            <w:sdt>
              <w:sdtPr>
                <w:alias w:val="KATKI_PERSONEL_BIRIM"/>
                <w:tag w:val="KATKI_PERSONEL_BIRIM"/>
                <w:id w:val="1766732354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7A6D18FC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25ABB1C" w14:textId="4D4F689C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7FFBB35D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BAA1AF" w14:textId="279D850A" w:rsidR="007524CA" w:rsidRDefault="00E64D4C" w:rsidP="007524CA">
            <w:sdt>
              <w:sdtPr>
                <w:alias w:val="KATKI_PERSONEL_BIRIM"/>
                <w:tag w:val="KATKI_PERSONEL_BIRIM"/>
                <w:id w:val="-1039508976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19875415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D99A27" w14:textId="46648677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4A17C2BC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05E981B" w14:textId="07FBFD5F" w:rsidR="007524CA" w:rsidRDefault="00E64D4C" w:rsidP="007524CA">
            <w:sdt>
              <w:sdtPr>
                <w:alias w:val="KATKI_PERSONEL_BIRIM"/>
                <w:tag w:val="KATKI_PERSONEL_BIRIM"/>
                <w:id w:val="-765063478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6A3F4720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7FE1927" w14:textId="77B15CBA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  <w:tr w:rsidR="007524CA" w14:paraId="463FA14C" w14:textId="77777777" w:rsidTr="007524CA">
        <w:trPr>
          <w:jc w:val="center"/>
        </w:trPr>
        <w:tc>
          <w:tcPr>
            <w:tcW w:w="3513" w:type="dxa"/>
            <w:shd w:val="clear" w:color="auto" w:fill="FFFFFF" w:themeFill="background1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73CB3AE" w14:textId="6C14B82A" w:rsidR="007524CA" w:rsidRDefault="00E64D4C" w:rsidP="007524CA">
            <w:sdt>
              <w:sdtPr>
                <w:alias w:val="KATKI_PERSONEL_BIRIM"/>
                <w:tag w:val="KATKI_PERSONEL_BIRIM"/>
                <w:id w:val="-472679689"/>
                <w:dropDownList>
                  <w:listItem w:displayText="Seçiniz..." w:value="SECINIZ"/>
                  <w:listItem w:displayText="Bilgisayar ve Bilişim Bilimleri Fakültesi" w:value="BIRIM_01"/>
                  <w:listItem w:displayText="Fatih Eğitim Fakültesi" w:value="BIRIM_02"/>
                  <w:listItem w:displayText="Güzel Sanatlar ve Tasarım Fakültesi" w:value="BIRIM_03"/>
                  <w:listItem w:displayText="Hukuk Fakültesi" w:value="BIRIM_04"/>
                  <w:listItem w:displayText="İlahiyat Fakültesi" w:value="BIRIM_05"/>
                  <w:listItem w:displayText="İletişim Fakültesi" w:value="BIRIM_06"/>
                  <w:listItem w:displayText="İnsan ve Toplum Bilimleri Fakültesi" w:value="BIRIM_07"/>
                  <w:listItem w:displayText="Siyasal Bilgiler Fakültesi" w:value="BIRIM_08"/>
                  <w:listItem w:displayText="Spor Bilimleri Fakültesi" w:value="BIRIM_09"/>
                  <w:listItem w:displayText="Tıp Fakültesi" w:value="BIRIM_10"/>
                  <w:listItem w:displayText="Yabancı Diller ve Turizm Fakültesi" w:value="BIRIM_11"/>
                  <w:listItem w:displayText="Beşikdüzü Meslek Yüksekokulu" w:value="BIRIM_12"/>
                  <w:listItem w:displayText="Çarşıbaşı Meslek Yüksekokulu" w:value="BIRIM_13"/>
                  <w:listItem w:displayText="Düzköy Meslek Yüksekokulu" w:value="BIRIM_14"/>
                  <w:listItem w:displayText="Şalpazarı Meslek Yüksekokulu" w:value="BIRIM_15"/>
                  <w:listItem w:displayText="Tonya Meslek Yüksekokulu" w:value="BIRIM_16"/>
                  <w:listItem w:displayText="Turizm ve Otelcilik Meslek Yüksekokulu" w:value="BIRIM_17"/>
                  <w:listItem w:displayText="Vakfıkebir Meslek Yüksekokulu" w:value="BIRIM_18"/>
                  <w:listItem w:displayText="Uygulamalı Bilimler Yüksekokulu" w:value="BIRIM_19"/>
                  <w:listItem w:displayText="Yabancı Diller Yüksekokulu" w:value="BIRIM_20"/>
                  <w:listItem w:displayText="Lisansüstü Eğitim Enstitüsü" w:value="BIRIM_21"/>
                  <w:listItem w:displayText="Kur’an-ı Kerim Araştırmaları ve Kıraat İlmi Enstitüsü" w:value="BIRIM_22"/>
                  <w:listItem w:displayText="Devlet Konservatuvarı" w:value="BIRIM_23"/>
                  <w:listItem w:displayText="Bilgi İşlem Daire Başkanlığı" w:value="BIRIM_24"/>
                  <w:listItem w:displayText="İdari ve Mali İşler Daire Başkanlığı" w:value="BIRIM_25"/>
                  <w:listItem w:displayText="Kütüphane ve Dokümantasyon Daire Başkanlığı" w:value="BIRIM_26"/>
                  <w:listItem w:displayText="Öğrenci İşleri Daire Başkanlığı" w:value="BIRIM_27"/>
                  <w:listItem w:displayText="Personel Daire Başkanlığı" w:value="BIRIM_28"/>
                  <w:listItem w:displayText="Sağlık, Kültür ve Spor Daire Başkanlığı" w:value="BIRIM_29"/>
                  <w:listItem w:displayText="Strateji Geliştirme Daire Başkanlığı" w:value="BIRIM_30"/>
                  <w:listItem w:displayText="Yapı İşleri ve Teknik Daire Başkanlığı" w:value="BIRIM_31"/>
                  <w:listItem w:displayText="Hukuk Müşavirliği" w:value="BIRIM_32"/>
                  <w:listItem w:displayText="Genel Sekreterlik" w:value="BIRIM_33"/>
                  <w:listItem w:displayText="Döner Sermaye İşletme Müdürlüğü" w:value="BIRIM_34"/>
                  <w:listItem w:displayText="Afet ve Acil Durum Koordinatörlüğü" w:value="BIRIM_35"/>
                  <w:listItem w:displayText="Aile Çalışmaları Koordinatörlüğü" w:value="BIRIM_36"/>
                  <w:listItem w:displayText="Araştırma Koordinatörlüğü" w:value="BIRIM_37"/>
                  <w:listItem w:displayText="Bağımlılıkla Mücadele Koordinatörlüğü" w:value="BIRIM_38"/>
                  <w:listItem w:displayText="Bilim İletişimi Ofisi Koordinatörlüğü" w:value="BIRIM_39"/>
                  <w:listItem w:displayText="Bilimsel Yayınlar Koordinatörlüğü" w:value="BIRIM_40"/>
                  <w:listItem w:displayText="Bologna Koordinatörlüğü" w:value="BIRIM_41"/>
                  <w:listItem w:displayText="Büyük Veri ve Yapay Zeka Koordinatörlüğü" w:value="BIRIM_42"/>
                  <w:listItem w:displayText="Dış İlişkiler Kurum Koordinatörlüğü" w:value="BIRIM_43"/>
                  <w:listItem w:displayText="Dijital Dönüşüm ve Yazılım Ofisi Koordinatörlüğü" w:value="BIRIM_44"/>
                  <w:listItem w:displayText="Engelli Öğrenci Birimi Koordinatörlüğü" w:value="BIRIM_45"/>
                  <w:listItem w:displayText="İş Sağlığı ve Güvenliği Koordinatörlüğü" w:value="BIRIM_46"/>
                  <w:listItem w:displayText="Kalite Koordinatörlüğü" w:value="BIRIM_47"/>
                  <w:listItem w:displayText="Ortak Dersler Koordinatörlüğü" w:value="BIRIM_48"/>
                  <w:listItem w:displayText="Sıfır Atık Yönetimi Koordinatörlüğü" w:value="BIRIM_49"/>
                  <w:listItem w:displayText="Toplumsal Katkı Koordinatörlüğü" w:value="BIRIM_50"/>
                  <w:listItem w:displayText="Yabancı Uyruklu Öğrenci Sınav Koordinatörlüğü" w:value="BIRIM_51"/>
                  <w:listItem w:displayText="Açık Bilim ve Açık Erişim Komisyonu" w:value="BIRIM_52"/>
                  <w:listItem w:displayText="Afet ve Acil Yardım Komisyonu" w:value="BIRIM_53"/>
                  <w:listItem w:displayText="Akademik Teşvik Düzenleme, Denetleme ve İtiraz Komisyonu" w:value="BIRIM_54"/>
                  <w:listItem w:displayText="Eğitim Komisyonu" w:value="BIRIM_55"/>
                  <w:listItem w:displayText="Erasmus+ Öğrenim, Staj ve Personel Hareketliliği Seçim Komisyonu" w:value="BIRIM_56"/>
                  <w:listItem w:displayText="Girişimci-Yenilikçi Üniversite Endeksi Komisyonu" w:value="BIRIM_57"/>
                  <w:listItem w:displayText="Soruşturma Komisyonu" w:value="BIRIM_58"/>
                  <w:listItem w:displayText="Sağlık Bilimleri Girişimsel Olmayan Araştırmalar Etik Kurulu" w:value="BIRIM_59"/>
                  <w:listItem w:displayText="Sosyal ve Beşeri Bilimler Bilimsel Araştırma ve Yayın Etiği Kurulu" w:value="BIRIM_60"/>
                  <w:listItem w:displayText="Tıp Fakültesi Girişimsel Olmayan Bilimsel Araştırmalar Etik Kurulu" w:value="BIRIM_61"/>
                  <w:listItem w:displayText="Yabancı Uyruklu Öğretim Elemanlarının Çalıştırılmasına İlişkin Komisyon" w:value="BIRIM_62"/>
                  <w:listItem w:displayText="İslami İlimler Uygulama ve Araştırma Merkezi" w:value="BIRIM_63"/>
                  <w:listItem w:displayText="Karadeniz Kültür ve Tarihi Uygulama ve Araştırma Merkezi" w:value="BIRIM_64"/>
                  <w:listItem w:displayText="Kariyer Geliştirme Uygulama ve Araştırma Merkezi" w:value="BIRIM_65"/>
                  <w:listItem w:displayText="Okul Öncesi Eğitimi Uygulama ve Araştırma Merkezi" w:value="BIRIM_66"/>
                  <w:listItem w:displayText="Özel Eğitim Hizmetleri Uygulama ve Araştırma Merkezi Müdürlüğü" w:value="BIRIM_67"/>
                  <w:listItem w:displayText="Psikolojik Danışma ve Rehberlik Uygulama ve Araştırma Merkezi" w:value="BIRIM_68"/>
                  <w:listItem w:displayText="Sağlık Uygulama ve Araştırma Merkezi" w:value="BIRIM_69"/>
                  <w:listItem w:displayText="Sporda Performans Değerlendirme ve Yetenek Seçimi Uyg. ve Arş. Merkezi" w:value="BIRIM_70"/>
                  <w:listItem w:displayText="Sürekli Eğitim Uygulama ve Araştırma Merkezi" w:value="BIRIM_71"/>
                  <w:listItem w:displayText="Teknoloji Transferi ve Proje Yönetimi Uygulama ve Araştırma Merkezi" w:value="BIRIM_72"/>
                  <w:listItem w:displayText="Türkçe Öğretimi Uygulama ve Araştırma Merkezi" w:value="BIRIM_73"/>
                  <w:listItem w:displayText="Uzaktan Eğitim Uygulama ve Araştırma Merkezi" w:value="BIRIM_74"/>
                  <w:listItem w:displayText="Bilgi Edinme Birimi" w:value="BIRIM_75"/>
                  <w:listItem w:displayText="Bilimsel Araştırma Projeleri Koordinasyon Birimi" w:value="BIRIM_76"/>
                  <w:listItem w:displayText="Pedagojik Formasyon Birimi" w:value="BIRIM_77"/>
                  <w:listItem w:displayText="Kurumsal İletişim Direktörlüğü" w:value="BIRIM_78"/>
                </w:dropDownList>
              </w:sdtPr>
              <w:sdtEndPr/>
              <w:sdtContent>
                <w:r w:rsidR="007524CA">
                  <w:rPr>
                    <w:color w:val="666666"/>
                    <w:sz w:val="20"/>
                    <w:szCs w:val="20"/>
                  </w:rPr>
                  <w:t>Seçiniz...</w:t>
                </w:r>
              </w:sdtContent>
            </w:sdt>
          </w:p>
        </w:tc>
        <w:tc>
          <w:tcPr>
            <w:tcW w:w="2343" w:type="dxa"/>
          </w:tcPr>
          <w:p w14:paraId="2E2773FC" w14:textId="77777777" w:rsidR="007524CA" w:rsidRDefault="007524CA" w:rsidP="007524CA">
            <w:pPr>
              <w:rPr>
                <w:sz w:val="16"/>
              </w:rPr>
            </w:pPr>
          </w:p>
        </w:tc>
        <w:tc>
          <w:tcPr>
            <w:tcW w:w="2384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EC5D315" w14:textId="189884B3" w:rsidR="007524CA" w:rsidRDefault="007524CA" w:rsidP="007524CA">
            <w:r>
              <w:rPr>
                <w:sz w:val="16"/>
              </w:rPr>
              <w:t xml:space="preserve"> </w:t>
            </w:r>
          </w:p>
        </w:tc>
      </w:tr>
    </w:tbl>
    <w:p w14:paraId="121BC431" w14:textId="77777777" w:rsidR="002A2056" w:rsidRDefault="002A2056">
      <w:pPr>
        <w:spacing w:after="40"/>
      </w:pPr>
    </w:p>
    <w:p w14:paraId="7584EC59" w14:textId="14FA33D1" w:rsidR="00537FAC" w:rsidRDefault="00537FAC">
      <w:pPr>
        <w:spacing w:after="40"/>
      </w:pPr>
    </w:p>
    <w:p w14:paraId="5DA2868E" w14:textId="77777777" w:rsidR="002D4E97" w:rsidRDefault="002D4E97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0CF9DF4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424EA3" w14:textId="77777777" w:rsidR="002A2056" w:rsidRDefault="00107C14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lastRenderedPageBreak/>
              <w:t>4. RİSK YÖNETİMİ</w:t>
            </w:r>
          </w:p>
        </w:tc>
      </w:tr>
    </w:tbl>
    <w:p w14:paraId="17EB7235" w14:textId="77777777" w:rsidR="002A2056" w:rsidRDefault="00107C14">
      <w:pPr>
        <w:spacing w:before="60" w:after="120"/>
      </w:pPr>
      <w:proofErr w:type="spellStart"/>
      <w:r>
        <w:rPr>
          <w:i/>
          <w:color w:val="5A5A5A"/>
          <w:sz w:val="17"/>
        </w:rPr>
        <w:t>Faaliyetin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planlandığı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şekilde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gerçekleştirilmesini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veya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hedeflerine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ulaşmasını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olumsuz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etkileyebilecek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olası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riski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belirtiniz</w:t>
      </w:r>
      <w:proofErr w:type="spellEnd"/>
      <w:r>
        <w:rPr>
          <w:i/>
          <w:color w:val="5A5A5A"/>
          <w:sz w:val="17"/>
        </w:rPr>
        <w:t xml:space="preserve">. Riskin </w:t>
      </w:r>
      <w:proofErr w:type="spellStart"/>
      <w:r>
        <w:rPr>
          <w:i/>
          <w:color w:val="5A5A5A"/>
          <w:sz w:val="17"/>
        </w:rPr>
        <w:t>nedeni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veya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önlemi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yerine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riskin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kendisini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seçiniz</w:t>
      </w:r>
      <w:proofErr w:type="spellEnd"/>
      <w:r>
        <w:rPr>
          <w:i/>
          <w:color w:val="5A5A5A"/>
          <w:sz w:val="17"/>
        </w:rPr>
        <w:t>/</w:t>
      </w:r>
      <w:proofErr w:type="spellStart"/>
      <w:r>
        <w:rPr>
          <w:i/>
          <w:color w:val="5A5A5A"/>
          <w:sz w:val="17"/>
        </w:rPr>
        <w:t>yazınız</w:t>
      </w:r>
      <w:proofErr w:type="spellEnd"/>
      <w:r>
        <w:rPr>
          <w:i/>
          <w:color w:val="5A5A5A"/>
          <w:sz w:val="17"/>
        </w:rPr>
        <w:t>.</w:t>
      </w:r>
    </w:p>
    <w:p w14:paraId="3E89298E" w14:textId="77777777" w:rsidR="002A2056" w:rsidRDefault="00107C14">
      <w:pPr>
        <w:keepNext/>
        <w:spacing w:after="40"/>
      </w:pPr>
      <w:r>
        <w:rPr>
          <w:b/>
          <w:color w:val="1F4E78"/>
          <w:sz w:val="19"/>
        </w:rPr>
        <w:t xml:space="preserve">Risk </w:t>
      </w:r>
      <w:proofErr w:type="spellStart"/>
      <w:r>
        <w:rPr>
          <w:b/>
          <w:color w:val="1F4E78"/>
          <w:sz w:val="19"/>
        </w:rPr>
        <w:t>Tanımı</w:t>
      </w:r>
      <w:proofErr w:type="spellEnd"/>
      <w:r>
        <w:rPr>
          <w:b/>
          <w:color w:val="1F4E78"/>
          <w:sz w:val="19"/>
        </w:rPr>
        <w:t xml:space="preserve"> *</w:t>
      </w:r>
      <w:r>
        <w:rPr>
          <w:i/>
          <w:color w:val="5A5A5A"/>
          <w:sz w:val="16"/>
        </w:rPr>
        <w:t xml:space="preserve">  Bir </w:t>
      </w:r>
      <w:proofErr w:type="spellStart"/>
      <w:r>
        <w:rPr>
          <w:i/>
          <w:color w:val="5A5A5A"/>
          <w:sz w:val="16"/>
        </w:rPr>
        <w:t>seçenek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işaretleyiniz</w:t>
      </w:r>
      <w:proofErr w:type="spellEnd"/>
      <w:r>
        <w:rPr>
          <w:i/>
          <w:color w:val="5A5A5A"/>
          <w:sz w:val="16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86"/>
      </w:tblGrid>
      <w:tr w:rsidR="002A2056" w14:paraId="7A4E418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0BFF4F" w14:textId="77777777" w:rsidR="002A2056" w:rsidRDefault="00E64D4C">
            <w:sdt>
              <w:sdtPr>
                <w:alias w:val="CHECK_3092"/>
                <w:tag w:val="CHECK_3092"/>
                <w:id w:val="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Katılımcı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sayısının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beklenen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düzeyin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altında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kalması</w:t>
            </w:r>
            <w:proofErr w:type="spellEnd"/>
          </w:p>
        </w:tc>
      </w:tr>
      <w:tr w:rsidR="002A2056" w14:paraId="54F3C09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35C5D8" w14:textId="77777777" w:rsidR="002A2056" w:rsidRDefault="00E64D4C">
            <w:sdt>
              <w:sdtPr>
                <w:alias w:val="CHECK_3093"/>
                <w:tag w:val="CHECK_3093"/>
                <w:id w:val="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planlanan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tarihte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gerçekleştirilememesi</w:t>
            </w:r>
            <w:proofErr w:type="spellEnd"/>
          </w:p>
        </w:tc>
      </w:tr>
      <w:tr w:rsidR="002A2056" w14:paraId="49E5F395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6313C60" w14:textId="77777777" w:rsidR="002A2056" w:rsidRDefault="00E64D4C">
            <w:sdt>
              <w:sdtPr>
                <w:alias w:val="CHECK_3094"/>
                <w:tag w:val="CHECK_3094"/>
                <w:id w:val="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Teknik </w:t>
            </w:r>
            <w:proofErr w:type="spellStart"/>
            <w:r w:rsidR="00107C14">
              <w:rPr>
                <w:sz w:val="16"/>
              </w:rPr>
              <w:t>altyapı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sistem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arızası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yaşanması</w:t>
            </w:r>
            <w:proofErr w:type="spellEnd"/>
          </w:p>
        </w:tc>
      </w:tr>
      <w:tr w:rsidR="002A2056" w14:paraId="49D8DA64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BE8AA0" w14:textId="77777777" w:rsidR="002A2056" w:rsidRDefault="00E64D4C">
            <w:sdt>
              <w:sdtPr>
                <w:alias w:val="CHECK_3095"/>
                <w:tag w:val="CHECK_3095"/>
                <w:id w:val="3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Gerekli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ekipman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malzemenin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temin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edilememesi</w:t>
            </w:r>
            <w:proofErr w:type="spellEnd"/>
          </w:p>
        </w:tc>
      </w:tr>
      <w:tr w:rsidR="002A2056" w14:paraId="4FD5CF0B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F3F05FF" w14:textId="77777777" w:rsidR="002A2056" w:rsidRDefault="00E64D4C">
            <w:sdt>
              <w:sdtPr>
                <w:alias w:val="CHECK_3096"/>
                <w:tag w:val="CHECK_3096"/>
                <w:id w:val="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Yeterli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bütçe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kaynağın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sağlanamaması</w:t>
            </w:r>
            <w:proofErr w:type="spellEnd"/>
          </w:p>
        </w:tc>
      </w:tr>
      <w:tr w:rsidR="002A2056" w14:paraId="1095E690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74B6CE" w14:textId="77777777" w:rsidR="002A2056" w:rsidRDefault="00E64D4C">
            <w:sdt>
              <w:sdtPr>
                <w:alias w:val="CHECK_3097"/>
                <w:tag w:val="CHECK_3097"/>
                <w:id w:val="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İnsan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kaynağının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yetersiz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kalması</w:t>
            </w:r>
            <w:proofErr w:type="spellEnd"/>
          </w:p>
        </w:tc>
      </w:tr>
      <w:tr w:rsidR="002A2056" w14:paraId="595A8486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1BAE11A" w14:textId="77777777" w:rsidR="002A2056" w:rsidRDefault="00E64D4C">
            <w:sdt>
              <w:sdtPr>
                <w:alias w:val="CHECK_3098"/>
                <w:tag w:val="CHECK_3098"/>
                <w:id w:val="3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Paydaşlarla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koordinasyon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iletişim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sorunu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yaşanması</w:t>
            </w:r>
            <w:proofErr w:type="spellEnd"/>
          </w:p>
        </w:tc>
      </w:tr>
      <w:tr w:rsidR="002A2056" w14:paraId="555A872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9AFFF8" w14:textId="77777777" w:rsidR="002A2056" w:rsidRDefault="00E64D4C">
            <w:sdt>
              <w:sdtPr>
                <w:alias w:val="CHECK_3099"/>
                <w:tag w:val="CHECK_3099"/>
                <w:id w:val="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Gerekli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izin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onay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süreçlerinin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gecikmesi</w:t>
            </w:r>
            <w:proofErr w:type="spellEnd"/>
          </w:p>
        </w:tc>
      </w:tr>
      <w:tr w:rsidR="002A2056" w14:paraId="59F1BB59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002756" w14:textId="77777777" w:rsidR="002A2056" w:rsidRDefault="00E64D4C">
            <w:sdt>
              <w:sdtPr>
                <w:alias w:val="CHECK_3100"/>
                <w:tag w:val="CHECK_3100"/>
                <w:id w:val="3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Hedeflenen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çıktı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performans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göstergesine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ulaşılamaması</w:t>
            </w:r>
            <w:proofErr w:type="spellEnd"/>
          </w:p>
        </w:tc>
      </w:tr>
      <w:tr w:rsidR="002A2056" w14:paraId="739155A2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AD2C83" w14:textId="77777777" w:rsidR="002A2056" w:rsidRDefault="00E64D4C">
            <w:sdt>
              <w:sdtPr>
                <w:alias w:val="CHECK_3101"/>
                <w:tag w:val="CHECK_3101"/>
                <w:id w:val="3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Mücbir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sebep</w:t>
            </w:r>
            <w:proofErr w:type="spellEnd"/>
            <w:r w:rsidR="00107C14">
              <w:rPr>
                <w:sz w:val="16"/>
              </w:rPr>
              <w:t xml:space="preserve"> (</w:t>
            </w:r>
            <w:proofErr w:type="spellStart"/>
            <w:r w:rsidR="00107C14">
              <w:rPr>
                <w:sz w:val="16"/>
              </w:rPr>
              <w:t>hava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koşulları</w:t>
            </w:r>
            <w:proofErr w:type="spellEnd"/>
            <w:r w:rsidR="00107C14">
              <w:rPr>
                <w:sz w:val="16"/>
              </w:rPr>
              <w:t xml:space="preserve">, </w:t>
            </w:r>
            <w:proofErr w:type="spellStart"/>
            <w:r w:rsidR="00107C14">
              <w:rPr>
                <w:sz w:val="16"/>
              </w:rPr>
              <w:t>afet</w:t>
            </w:r>
            <w:proofErr w:type="spellEnd"/>
            <w:r w:rsidR="00107C14">
              <w:rPr>
                <w:sz w:val="16"/>
              </w:rPr>
              <w:t xml:space="preserve"> vb.)</w:t>
            </w:r>
          </w:p>
        </w:tc>
      </w:tr>
      <w:tr w:rsidR="002A2056" w14:paraId="733CFBA0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98F22F6" w14:textId="77777777" w:rsidR="002A2056" w:rsidRDefault="00E64D4C">
            <w:sdt>
              <w:sdtPr>
                <w:alias w:val="CHECK_3102"/>
                <w:tag w:val="CHECK_3102"/>
                <w:id w:val="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 xml:space="preserve"> (</w:t>
            </w:r>
            <w:proofErr w:type="spellStart"/>
            <w:r w:rsidR="00107C14">
              <w:rPr>
                <w:sz w:val="16"/>
              </w:rPr>
              <w:t>Açıklayınız</w:t>
            </w:r>
            <w:proofErr w:type="spellEnd"/>
            <w:r w:rsidR="00107C14">
              <w:rPr>
                <w:sz w:val="16"/>
              </w:rPr>
              <w:t>): ........................................................................</w:t>
            </w:r>
          </w:p>
        </w:tc>
      </w:tr>
    </w:tbl>
    <w:p w14:paraId="058E152D" w14:textId="77777777" w:rsidR="002A2056" w:rsidRDefault="002A2056">
      <w:pPr>
        <w:spacing w:after="40"/>
      </w:pPr>
    </w:p>
    <w:p w14:paraId="36CF1020" w14:textId="77777777" w:rsidR="002A2056" w:rsidRDefault="00107C14">
      <w:pPr>
        <w:keepNext/>
        <w:spacing w:after="40"/>
      </w:pPr>
      <w:r>
        <w:rPr>
          <w:b/>
          <w:color w:val="1F4E78"/>
          <w:sz w:val="19"/>
        </w:rPr>
        <w:t xml:space="preserve">Risk </w:t>
      </w:r>
      <w:proofErr w:type="spellStart"/>
      <w:r>
        <w:rPr>
          <w:b/>
          <w:color w:val="1F4E78"/>
          <w:sz w:val="19"/>
        </w:rPr>
        <w:t>Olasılığı</w:t>
      </w:r>
      <w:proofErr w:type="spellEnd"/>
      <w:r>
        <w:rPr>
          <w:b/>
          <w:color w:val="1F4E78"/>
          <w:sz w:val="19"/>
        </w:rPr>
        <w:t xml:space="preserve"> *</w:t>
      </w:r>
      <w:r>
        <w:rPr>
          <w:i/>
          <w:color w:val="5A5A5A"/>
          <w:sz w:val="16"/>
        </w:rPr>
        <w:t xml:space="preserve">  </w:t>
      </w:r>
      <w:proofErr w:type="spellStart"/>
      <w:r>
        <w:rPr>
          <w:i/>
          <w:color w:val="5A5A5A"/>
          <w:sz w:val="16"/>
        </w:rPr>
        <w:t>Gerçekleşme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ihtimalini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değerlendiriniz</w:t>
      </w:r>
      <w:proofErr w:type="spellEnd"/>
      <w:r>
        <w:rPr>
          <w:i/>
          <w:color w:val="5A5A5A"/>
          <w:sz w:val="16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86"/>
      </w:tblGrid>
      <w:tr w:rsidR="002A2056" w14:paraId="67D6377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AA7EFB" w14:textId="77777777" w:rsidR="002A2056" w:rsidRDefault="00E64D4C">
            <w:sdt>
              <w:sdtPr>
                <w:alias w:val="CHECK_3103"/>
                <w:tag w:val="CHECK_3103"/>
                <w:id w:val="3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1 - </w:t>
            </w:r>
            <w:proofErr w:type="spellStart"/>
            <w:r w:rsidR="00107C14">
              <w:rPr>
                <w:sz w:val="16"/>
              </w:rPr>
              <w:t>Çok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Düşük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Gerçekleşmesi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beklenmez</w:t>
            </w:r>
            <w:proofErr w:type="spellEnd"/>
            <w:r w:rsidR="00107C14">
              <w:rPr>
                <w:sz w:val="16"/>
              </w:rPr>
              <w:t xml:space="preserve">; </w:t>
            </w:r>
            <w:proofErr w:type="spellStart"/>
            <w:r w:rsidR="00107C14">
              <w:rPr>
                <w:sz w:val="16"/>
              </w:rPr>
              <w:t>istisnai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durumlarda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ortaya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çıkabilir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  <w:tr w:rsidR="002A2056" w14:paraId="4D3748AD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1B2A6D" w14:textId="77777777" w:rsidR="002A2056" w:rsidRDefault="00E64D4C">
            <w:sdt>
              <w:sdtPr>
                <w:alias w:val="CHECK_3104"/>
                <w:tag w:val="CHECK_3104"/>
                <w:id w:val="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2 - </w:t>
            </w:r>
            <w:proofErr w:type="spellStart"/>
            <w:r w:rsidR="00107C14">
              <w:rPr>
                <w:sz w:val="16"/>
              </w:rPr>
              <w:t>Düşük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Nadiren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gerçekleşebilir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  <w:tr w:rsidR="002A2056" w14:paraId="620B494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EBEDB6" w14:textId="77777777" w:rsidR="002A2056" w:rsidRDefault="00E64D4C">
            <w:sdt>
              <w:sdtPr>
                <w:alias w:val="CHECK_3105"/>
                <w:tag w:val="CHECK_3105"/>
                <w:id w:val="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3 - </w:t>
            </w:r>
            <w:proofErr w:type="spellStart"/>
            <w:r w:rsidR="00107C14">
              <w:rPr>
                <w:sz w:val="16"/>
              </w:rPr>
              <w:t>Orta</w:t>
            </w:r>
            <w:proofErr w:type="spellEnd"/>
            <w:r w:rsidR="00107C14">
              <w:rPr>
                <w:sz w:val="16"/>
              </w:rPr>
              <w:t xml:space="preserve">: Zaman </w:t>
            </w:r>
            <w:proofErr w:type="spellStart"/>
            <w:r w:rsidR="00107C14">
              <w:rPr>
                <w:sz w:val="16"/>
              </w:rPr>
              <w:t>zaman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gerçekleşebilir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  <w:tr w:rsidR="002A2056" w14:paraId="49725267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07847B" w14:textId="77777777" w:rsidR="002A2056" w:rsidRDefault="00E64D4C">
            <w:sdt>
              <w:sdtPr>
                <w:alias w:val="CHECK_3106"/>
                <w:tag w:val="CHECK_3106"/>
                <w:id w:val="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4 - </w:t>
            </w:r>
            <w:proofErr w:type="spellStart"/>
            <w:r w:rsidR="00107C14">
              <w:rPr>
                <w:sz w:val="16"/>
              </w:rPr>
              <w:t>Yüksek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Gerçekleşme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ihtimali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yüksektir</w:t>
            </w:r>
            <w:proofErr w:type="spellEnd"/>
            <w:r w:rsidR="00107C14">
              <w:rPr>
                <w:sz w:val="16"/>
              </w:rPr>
              <w:t xml:space="preserve">; </w:t>
            </w:r>
            <w:proofErr w:type="spellStart"/>
            <w:r w:rsidR="00107C14">
              <w:rPr>
                <w:sz w:val="16"/>
              </w:rPr>
              <w:t>benzer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faaliyetlerde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sık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görülebilir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  <w:tr w:rsidR="002A2056" w14:paraId="657FC828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D00C97" w14:textId="77777777" w:rsidR="002A2056" w:rsidRDefault="00E64D4C">
            <w:sdt>
              <w:sdtPr>
                <w:alias w:val="CHECK_3107"/>
                <w:tag w:val="CHECK_3107"/>
                <w:id w:val="3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5 - </w:t>
            </w:r>
            <w:proofErr w:type="spellStart"/>
            <w:r w:rsidR="00107C14">
              <w:rPr>
                <w:sz w:val="16"/>
              </w:rPr>
              <w:t>Çok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Yüksek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Gerçekleşmesi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kuvvetle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muhtemeldir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önlem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alınmazsa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beklenmektedir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</w:tbl>
    <w:p w14:paraId="722E956C" w14:textId="77777777" w:rsidR="002A2056" w:rsidRDefault="002A2056">
      <w:pPr>
        <w:spacing w:after="40"/>
      </w:pPr>
    </w:p>
    <w:p w14:paraId="002749D9" w14:textId="77777777" w:rsidR="002A2056" w:rsidRDefault="00107C14">
      <w:pPr>
        <w:keepNext/>
        <w:spacing w:after="40"/>
      </w:pPr>
      <w:r>
        <w:rPr>
          <w:b/>
          <w:color w:val="1F4E78"/>
          <w:sz w:val="19"/>
        </w:rPr>
        <w:t xml:space="preserve">Riskin </w:t>
      </w:r>
      <w:proofErr w:type="spellStart"/>
      <w:r>
        <w:rPr>
          <w:b/>
          <w:color w:val="1F4E78"/>
          <w:sz w:val="19"/>
        </w:rPr>
        <w:t>Etkisi</w:t>
      </w:r>
      <w:proofErr w:type="spellEnd"/>
      <w:r>
        <w:rPr>
          <w:b/>
          <w:color w:val="1F4E78"/>
          <w:sz w:val="19"/>
        </w:rPr>
        <w:t xml:space="preserve"> *</w:t>
      </w:r>
      <w:r>
        <w:rPr>
          <w:i/>
          <w:color w:val="5A5A5A"/>
          <w:sz w:val="16"/>
        </w:rPr>
        <w:t xml:space="preserve">  Risk </w:t>
      </w:r>
      <w:proofErr w:type="spellStart"/>
      <w:r>
        <w:rPr>
          <w:i/>
          <w:color w:val="5A5A5A"/>
          <w:sz w:val="16"/>
        </w:rPr>
        <w:t>gerçekleşirse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oluşacak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sonucu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değerlendiriniz</w:t>
      </w:r>
      <w:proofErr w:type="spellEnd"/>
      <w:r>
        <w:rPr>
          <w:i/>
          <w:color w:val="5A5A5A"/>
          <w:sz w:val="16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86"/>
      </w:tblGrid>
      <w:tr w:rsidR="002A2056" w14:paraId="4673DE4E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48B5D0" w14:textId="77777777" w:rsidR="002A2056" w:rsidRDefault="00E64D4C">
            <w:sdt>
              <w:sdtPr>
                <w:alias w:val="CHECK_3108"/>
                <w:tag w:val="CHECK_3108"/>
                <w:id w:val="3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1 - </w:t>
            </w:r>
            <w:proofErr w:type="spellStart"/>
            <w:r w:rsidR="00107C14">
              <w:rPr>
                <w:sz w:val="16"/>
              </w:rPr>
              <w:t>Çok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Düşük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İhmal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edilebilir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etki</w:t>
            </w:r>
            <w:proofErr w:type="spellEnd"/>
            <w:r w:rsidR="00107C14">
              <w:rPr>
                <w:sz w:val="16"/>
              </w:rPr>
              <w:t xml:space="preserve">; </w:t>
            </w:r>
            <w:proofErr w:type="spellStart"/>
            <w:r w:rsidR="00107C14">
              <w:rPr>
                <w:sz w:val="16"/>
              </w:rPr>
              <w:t>faaliyet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önemli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aksama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olmadan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sürdürülebilir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  <w:tr w:rsidR="002A2056" w14:paraId="15F4390A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243438" w14:textId="77777777" w:rsidR="002A2056" w:rsidRDefault="00E64D4C">
            <w:sdt>
              <w:sdtPr>
                <w:alias w:val="CHECK_3109"/>
                <w:tag w:val="CHECK_3109"/>
                <w:id w:val="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2 - </w:t>
            </w:r>
            <w:proofErr w:type="spellStart"/>
            <w:r w:rsidR="00107C14">
              <w:rPr>
                <w:sz w:val="16"/>
              </w:rPr>
              <w:t>Düşük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Sınırlı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etki</w:t>
            </w:r>
            <w:proofErr w:type="spellEnd"/>
            <w:r w:rsidR="00107C14">
              <w:rPr>
                <w:sz w:val="16"/>
              </w:rPr>
              <w:t xml:space="preserve">; </w:t>
            </w:r>
            <w:proofErr w:type="spellStart"/>
            <w:r w:rsidR="00107C14">
              <w:rPr>
                <w:sz w:val="16"/>
              </w:rPr>
              <w:t>küçük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düzenlemelerle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süreç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sürdürülebilir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  <w:tr w:rsidR="002A2056" w14:paraId="1DB53F6E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53CEF4D" w14:textId="77777777" w:rsidR="002A2056" w:rsidRDefault="00E64D4C">
            <w:sdt>
              <w:sdtPr>
                <w:alias w:val="CHECK_3110"/>
                <w:tag w:val="CHECK_3110"/>
                <w:id w:val="3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3 - </w:t>
            </w:r>
            <w:proofErr w:type="spellStart"/>
            <w:r w:rsidR="00107C14">
              <w:rPr>
                <w:sz w:val="16"/>
              </w:rPr>
              <w:t>Orta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Faaliyetin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belirli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bölümlerini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etkiler</w:t>
            </w:r>
            <w:proofErr w:type="spellEnd"/>
            <w:r w:rsidR="00107C14">
              <w:rPr>
                <w:sz w:val="16"/>
              </w:rPr>
              <w:t xml:space="preserve">; </w:t>
            </w:r>
            <w:proofErr w:type="spellStart"/>
            <w:r w:rsidR="00107C14">
              <w:rPr>
                <w:sz w:val="16"/>
              </w:rPr>
              <w:t>ek</w:t>
            </w:r>
            <w:proofErr w:type="spellEnd"/>
            <w:r w:rsidR="00107C14">
              <w:rPr>
                <w:sz w:val="16"/>
              </w:rPr>
              <w:t xml:space="preserve"> zaman, </w:t>
            </w:r>
            <w:proofErr w:type="spellStart"/>
            <w:r w:rsidR="00107C14">
              <w:rPr>
                <w:sz w:val="16"/>
              </w:rPr>
              <w:t>kaynak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koordinasyon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gerektirebilir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  <w:tr w:rsidR="002A2056" w14:paraId="7165B79C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4F2C5D" w14:textId="77777777" w:rsidR="002A2056" w:rsidRDefault="00E64D4C">
            <w:sdt>
              <w:sdtPr>
                <w:alias w:val="CHECK_3111"/>
                <w:tag w:val="CHECK_3111"/>
                <w:id w:val="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4 - </w:t>
            </w:r>
            <w:proofErr w:type="spellStart"/>
            <w:r w:rsidR="00107C14">
              <w:rPr>
                <w:sz w:val="16"/>
              </w:rPr>
              <w:t>Yüksek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Faaliyeti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önemli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ölçüde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aksatabilir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hedeflerin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büyük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kısmına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ulaşılamamasına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neden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olabilir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  <w:tr w:rsidR="002A2056" w14:paraId="06947E06" w14:textId="77777777">
        <w:trPr>
          <w:jc w:val="center"/>
        </w:trPr>
        <w:tc>
          <w:tcPr>
            <w:tcW w:w="1059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41D4FB" w14:textId="77777777" w:rsidR="002A2056" w:rsidRDefault="00E64D4C">
            <w:sdt>
              <w:sdtPr>
                <w:alias w:val="CHECK_3112"/>
                <w:tag w:val="CHECK_3112"/>
                <w:id w:val="3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5 - </w:t>
            </w:r>
            <w:proofErr w:type="spellStart"/>
            <w:r w:rsidR="00107C14">
              <w:rPr>
                <w:sz w:val="16"/>
              </w:rPr>
              <w:t>Çok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Yüksek</w:t>
            </w:r>
            <w:proofErr w:type="spellEnd"/>
            <w:r w:rsidR="00107C14">
              <w:rPr>
                <w:sz w:val="16"/>
              </w:rPr>
              <w:t xml:space="preserve">: </w:t>
            </w:r>
            <w:proofErr w:type="spellStart"/>
            <w:r w:rsidR="00107C14">
              <w:rPr>
                <w:sz w:val="16"/>
              </w:rPr>
              <w:t>Faaliyetin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gerçekleştirilememesine</w:t>
            </w:r>
            <w:proofErr w:type="spellEnd"/>
            <w:r w:rsidR="00107C14">
              <w:rPr>
                <w:sz w:val="16"/>
              </w:rPr>
              <w:t xml:space="preserve">, </w:t>
            </w:r>
            <w:proofErr w:type="spellStart"/>
            <w:r w:rsidR="00107C14">
              <w:rPr>
                <w:sz w:val="16"/>
              </w:rPr>
              <w:t>iptaline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veya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temel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hedeflere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ulaşılamamasına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neden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olabilir</w:t>
            </w:r>
            <w:proofErr w:type="spellEnd"/>
            <w:r w:rsidR="00107C14">
              <w:rPr>
                <w:sz w:val="16"/>
              </w:rPr>
              <w:t>.</w:t>
            </w:r>
          </w:p>
        </w:tc>
      </w:tr>
    </w:tbl>
    <w:p w14:paraId="09B361AF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204"/>
        <w:gridCol w:w="6382"/>
      </w:tblGrid>
      <w:tr w:rsidR="002A2056" w14:paraId="39EDCF5B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B71E36" w14:textId="77777777" w:rsidR="002A2056" w:rsidRDefault="00107C14">
            <w:proofErr w:type="spellStart"/>
            <w:r>
              <w:rPr>
                <w:b/>
              </w:rPr>
              <w:t>Önlem</w:t>
            </w:r>
            <w:proofErr w:type="spellEnd"/>
            <w:r>
              <w:rPr>
                <w:b/>
              </w:rPr>
              <w:t xml:space="preserve"> *</w:t>
            </w:r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0EDAD4" w14:textId="77777777" w:rsidR="002A2056" w:rsidRDefault="00107C14">
            <w:proofErr w:type="spellStart"/>
            <w:r>
              <w:rPr>
                <w:color w:val="464646"/>
              </w:rPr>
              <w:t>Belirlenen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riskin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gerçekleşme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ihtimalini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azaltmak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veya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etkisini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en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aza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indirmek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için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planlanan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önlem</w:t>
            </w:r>
            <w:proofErr w:type="spellEnd"/>
            <w:r>
              <w:rPr>
                <w:color w:val="464646"/>
              </w:rPr>
              <w:t>:</w:t>
            </w:r>
            <w:r>
              <w:rPr>
                <w:color w:val="464646"/>
              </w:rPr>
              <w:br/>
              <w:t>............................................................................................................................</w:t>
            </w:r>
            <w:r>
              <w:rPr>
                <w:color w:val="464646"/>
              </w:rPr>
              <w:br/>
              <w:t>............................................................................................................................</w:t>
            </w:r>
          </w:p>
        </w:tc>
      </w:tr>
    </w:tbl>
    <w:p w14:paraId="7338B5D0" w14:textId="77777777" w:rsidR="002A2056" w:rsidRDefault="002A2056">
      <w:pPr>
        <w:spacing w:after="40"/>
      </w:pPr>
    </w:p>
    <w:p w14:paraId="58BC5BC1" w14:textId="77777777" w:rsidR="00537FAC" w:rsidRDefault="00537FAC">
      <w:pPr>
        <w:spacing w:after="40"/>
      </w:pPr>
    </w:p>
    <w:p w14:paraId="50D8D655" w14:textId="1595DCBA" w:rsidR="00537FAC" w:rsidRDefault="00537FAC">
      <w:pPr>
        <w:spacing w:after="40"/>
      </w:pPr>
    </w:p>
    <w:p w14:paraId="31417C0D" w14:textId="3840C634" w:rsidR="00AB31FA" w:rsidRDefault="00AB31FA">
      <w:pPr>
        <w:spacing w:after="40"/>
      </w:pPr>
    </w:p>
    <w:p w14:paraId="28009DAC" w14:textId="77777777" w:rsidR="00AB31FA" w:rsidRDefault="00AB31FA">
      <w:pPr>
        <w:spacing w:after="40"/>
      </w:pPr>
    </w:p>
    <w:p w14:paraId="7ABC3F97" w14:textId="77777777" w:rsidR="00537FAC" w:rsidRDefault="00537FAC">
      <w:pPr>
        <w:spacing w:after="40"/>
      </w:pPr>
    </w:p>
    <w:p w14:paraId="17C74156" w14:textId="77777777" w:rsidR="00537FAC" w:rsidRDefault="00537FAC">
      <w:pPr>
        <w:spacing w:after="40"/>
      </w:pPr>
    </w:p>
    <w:p w14:paraId="08F55FAE" w14:textId="77777777" w:rsidR="00537FAC" w:rsidRDefault="00537FAC">
      <w:pPr>
        <w:spacing w:after="40"/>
      </w:pPr>
    </w:p>
    <w:p w14:paraId="47F632EE" w14:textId="56B8F9C3" w:rsidR="00537FAC" w:rsidRDefault="00537FAC">
      <w:pPr>
        <w:spacing w:after="40"/>
      </w:pPr>
    </w:p>
    <w:p w14:paraId="115284D6" w14:textId="25BEB4CD" w:rsidR="00AB31FA" w:rsidRDefault="00AB31FA">
      <w:pPr>
        <w:spacing w:after="40"/>
      </w:pPr>
    </w:p>
    <w:p w14:paraId="202AD2A6" w14:textId="25DFEA4C" w:rsidR="00AB31FA" w:rsidRDefault="00AB31FA">
      <w:pPr>
        <w:spacing w:after="40"/>
      </w:pPr>
    </w:p>
    <w:p w14:paraId="1A2C1DBC" w14:textId="77777777" w:rsidR="00AB31FA" w:rsidRDefault="00AB31FA">
      <w:pPr>
        <w:spacing w:after="40"/>
      </w:pPr>
    </w:p>
    <w:p w14:paraId="437B8FA2" w14:textId="77777777" w:rsidR="00537FAC" w:rsidRDefault="00537FAC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98823E5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A3F202" w14:textId="77777777" w:rsidR="002A2056" w:rsidRDefault="00107C14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5. BM SÜRDÜRÜLEBİLİR KALKINMA AMAÇLARI (SKA) ETKİSİ</w:t>
            </w:r>
          </w:p>
        </w:tc>
      </w:tr>
    </w:tbl>
    <w:p w14:paraId="26D5FAFC" w14:textId="77777777" w:rsidR="002A2056" w:rsidRDefault="00107C14">
      <w:pPr>
        <w:spacing w:before="60" w:after="120"/>
      </w:pPr>
      <w:proofErr w:type="spellStart"/>
      <w:r>
        <w:rPr>
          <w:i/>
          <w:color w:val="5A5A5A"/>
          <w:sz w:val="17"/>
        </w:rPr>
        <w:t>Faaliyetle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ilişkili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tüm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amaçları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işaretleyiniz</w:t>
      </w:r>
      <w:proofErr w:type="spellEnd"/>
      <w:r>
        <w:rPr>
          <w:i/>
          <w:color w:val="5A5A5A"/>
          <w:sz w:val="17"/>
        </w:rPr>
        <w:t xml:space="preserve">. Her </w:t>
      </w:r>
      <w:proofErr w:type="spellStart"/>
      <w:r>
        <w:rPr>
          <w:i/>
          <w:color w:val="5A5A5A"/>
          <w:sz w:val="17"/>
        </w:rPr>
        <w:t>seçilen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amaç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için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etki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düzeyini</w:t>
      </w:r>
      <w:proofErr w:type="spellEnd"/>
      <w:r>
        <w:rPr>
          <w:i/>
          <w:color w:val="5A5A5A"/>
          <w:sz w:val="17"/>
        </w:rPr>
        <w:t xml:space="preserve"> de </w:t>
      </w:r>
      <w:proofErr w:type="spellStart"/>
      <w:r>
        <w:rPr>
          <w:i/>
          <w:color w:val="5A5A5A"/>
          <w:sz w:val="17"/>
        </w:rPr>
        <w:t>işaretleyiniz</w:t>
      </w:r>
      <w:proofErr w:type="spellEnd"/>
      <w:r>
        <w:rPr>
          <w:i/>
          <w:color w:val="5A5A5A"/>
          <w:sz w:val="17"/>
        </w:rPr>
        <w:t xml:space="preserve">. </w:t>
      </w:r>
      <w:proofErr w:type="spellStart"/>
      <w:r>
        <w:rPr>
          <w:i/>
          <w:color w:val="5A5A5A"/>
          <w:sz w:val="17"/>
        </w:rPr>
        <w:t>Hiçbir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amaçla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ilişkisi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yoksa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yalnızca</w:t>
      </w:r>
      <w:proofErr w:type="spellEnd"/>
      <w:r>
        <w:rPr>
          <w:i/>
          <w:color w:val="5A5A5A"/>
          <w:sz w:val="17"/>
        </w:rPr>
        <w:t xml:space="preserve"> “BM </w:t>
      </w:r>
      <w:proofErr w:type="spellStart"/>
      <w:r>
        <w:rPr>
          <w:i/>
          <w:color w:val="5A5A5A"/>
          <w:sz w:val="17"/>
        </w:rPr>
        <w:t>Etkisi</w:t>
      </w:r>
      <w:proofErr w:type="spellEnd"/>
      <w:r>
        <w:rPr>
          <w:i/>
          <w:color w:val="5A5A5A"/>
          <w:sz w:val="17"/>
        </w:rPr>
        <w:t xml:space="preserve"> Yok” </w:t>
      </w:r>
      <w:proofErr w:type="spellStart"/>
      <w:r>
        <w:rPr>
          <w:i/>
          <w:color w:val="5A5A5A"/>
          <w:sz w:val="17"/>
        </w:rPr>
        <w:t>seçeneğini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işaretleyiniz</w:t>
      </w:r>
      <w:proofErr w:type="spellEnd"/>
      <w:r>
        <w:rPr>
          <w:i/>
          <w:color w:val="5A5A5A"/>
          <w:sz w:val="17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118"/>
        <w:gridCol w:w="2117"/>
        <w:gridCol w:w="2117"/>
        <w:gridCol w:w="2117"/>
        <w:gridCol w:w="2117"/>
      </w:tblGrid>
      <w:tr w:rsidR="002A2056" w14:paraId="1B6198C3" w14:textId="77777777">
        <w:trPr>
          <w:tblHeader/>
          <w:jc w:val="center"/>
        </w:trPr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A5382" w14:textId="77777777" w:rsidR="002A2056" w:rsidRDefault="00107C14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BM </w:t>
            </w:r>
            <w:proofErr w:type="spellStart"/>
            <w:r>
              <w:rPr>
                <w:b/>
                <w:color w:val="FFFFFF"/>
                <w:sz w:val="15"/>
              </w:rPr>
              <w:t>Sürdürülebilir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Kalkınma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Amacı</w:t>
            </w:r>
            <w:proofErr w:type="spellEnd"/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2AABE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İlgili</w:t>
            </w:r>
            <w:proofErr w:type="spellEnd"/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CD396E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Düşük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Etki</w:t>
            </w:r>
            <w:proofErr w:type="spellEnd"/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0F4ED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Orta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Etki</w:t>
            </w:r>
            <w:proofErr w:type="spellEnd"/>
          </w:p>
        </w:tc>
        <w:tc>
          <w:tcPr>
            <w:tcW w:w="2119" w:type="dxa"/>
            <w:shd w:val="clear" w:color="auto" w:fill="54823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60D1E9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Yüksek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Etki</w:t>
            </w:r>
            <w:proofErr w:type="spellEnd"/>
          </w:p>
        </w:tc>
      </w:tr>
      <w:tr w:rsidR="002A2056" w14:paraId="153E6A63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2E1E66" w14:textId="77777777" w:rsidR="002A2056" w:rsidRDefault="00107C14">
            <w:r>
              <w:rPr>
                <w:sz w:val="15"/>
              </w:rPr>
              <w:t xml:space="preserve">1. </w:t>
            </w:r>
            <w:proofErr w:type="spellStart"/>
            <w:r>
              <w:rPr>
                <w:sz w:val="15"/>
              </w:rPr>
              <w:t>Yoksulluğa</w:t>
            </w:r>
            <w:proofErr w:type="spellEnd"/>
            <w:r>
              <w:rPr>
                <w:sz w:val="15"/>
              </w:rPr>
              <w:t xml:space="preserve"> Son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50F351" w14:textId="77777777" w:rsidR="002A2056" w:rsidRDefault="00E64D4C">
            <w:pPr>
              <w:jc w:val="center"/>
            </w:pPr>
            <w:sdt>
              <w:sdtPr>
                <w:alias w:val="CHECK_3113"/>
                <w:tag w:val="CHECK_3113"/>
                <w:id w:val="3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93301D" w14:textId="77777777" w:rsidR="002A2056" w:rsidRDefault="00E64D4C">
            <w:pPr>
              <w:jc w:val="center"/>
            </w:pPr>
            <w:sdt>
              <w:sdtPr>
                <w:alias w:val="CHECK_3114"/>
                <w:tag w:val="CHECK_3114"/>
                <w:id w:val="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A9792A" w14:textId="77777777" w:rsidR="002A2056" w:rsidRDefault="00E64D4C">
            <w:pPr>
              <w:jc w:val="center"/>
            </w:pPr>
            <w:sdt>
              <w:sdtPr>
                <w:alias w:val="CHECK_3115"/>
                <w:tag w:val="CHECK_3115"/>
                <w:id w:val="3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F9A15AD" w14:textId="77777777" w:rsidR="002A2056" w:rsidRDefault="00E64D4C">
            <w:pPr>
              <w:jc w:val="center"/>
            </w:pPr>
            <w:sdt>
              <w:sdtPr>
                <w:alias w:val="CHECK_3116"/>
                <w:tag w:val="CHECK_3116"/>
                <w:id w:val="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60852DF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8417F5" w14:textId="77777777" w:rsidR="002A2056" w:rsidRDefault="00107C14">
            <w:r>
              <w:rPr>
                <w:sz w:val="15"/>
              </w:rPr>
              <w:t xml:space="preserve">2. </w:t>
            </w:r>
            <w:proofErr w:type="spellStart"/>
            <w:r>
              <w:rPr>
                <w:sz w:val="15"/>
              </w:rPr>
              <w:t>Açlığa</w:t>
            </w:r>
            <w:proofErr w:type="spellEnd"/>
            <w:r>
              <w:rPr>
                <w:sz w:val="15"/>
              </w:rPr>
              <w:t xml:space="preserve"> Son</w:t>
            </w:r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97CA20" w14:textId="77777777" w:rsidR="002A2056" w:rsidRDefault="00E64D4C">
            <w:pPr>
              <w:jc w:val="center"/>
            </w:pPr>
            <w:sdt>
              <w:sdtPr>
                <w:alias w:val="CHECK_3117"/>
                <w:tag w:val="CHECK_3117"/>
                <w:id w:val="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320957" w14:textId="77777777" w:rsidR="002A2056" w:rsidRDefault="00E64D4C">
            <w:pPr>
              <w:jc w:val="center"/>
            </w:pPr>
            <w:sdt>
              <w:sdtPr>
                <w:alias w:val="CHECK_3118"/>
                <w:tag w:val="CHECK_3118"/>
                <w:id w:val="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9D0EAB" w14:textId="77777777" w:rsidR="002A2056" w:rsidRDefault="00E64D4C">
            <w:pPr>
              <w:jc w:val="center"/>
            </w:pPr>
            <w:sdt>
              <w:sdtPr>
                <w:alias w:val="CHECK_3119"/>
                <w:tag w:val="CHECK_3119"/>
                <w:id w:val="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4489B93" w14:textId="77777777" w:rsidR="002A2056" w:rsidRDefault="00E64D4C">
            <w:pPr>
              <w:jc w:val="center"/>
            </w:pPr>
            <w:sdt>
              <w:sdtPr>
                <w:alias w:val="CHECK_3120"/>
                <w:tag w:val="CHECK_3120"/>
                <w:id w:val="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5F1AE9D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425013" w14:textId="77777777" w:rsidR="002A2056" w:rsidRDefault="00107C14">
            <w:r>
              <w:rPr>
                <w:sz w:val="15"/>
              </w:rPr>
              <w:t xml:space="preserve">3. </w:t>
            </w:r>
            <w:proofErr w:type="spellStart"/>
            <w:r>
              <w:rPr>
                <w:sz w:val="15"/>
              </w:rPr>
              <w:t>Sağlık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Kaliteli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Yaşam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06CAD6" w14:textId="77777777" w:rsidR="002A2056" w:rsidRDefault="00E64D4C">
            <w:pPr>
              <w:jc w:val="center"/>
            </w:pPr>
            <w:sdt>
              <w:sdtPr>
                <w:alias w:val="CHECK_3121"/>
                <w:tag w:val="CHECK_3121"/>
                <w:id w:val="3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A036CE" w14:textId="77777777" w:rsidR="002A2056" w:rsidRDefault="00E64D4C">
            <w:pPr>
              <w:jc w:val="center"/>
            </w:pPr>
            <w:sdt>
              <w:sdtPr>
                <w:alias w:val="CHECK_3122"/>
                <w:tag w:val="CHECK_3122"/>
                <w:id w:val="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63461E" w14:textId="77777777" w:rsidR="002A2056" w:rsidRDefault="00E64D4C">
            <w:pPr>
              <w:jc w:val="center"/>
            </w:pPr>
            <w:sdt>
              <w:sdtPr>
                <w:alias w:val="CHECK_3123"/>
                <w:tag w:val="CHECK_3123"/>
                <w:id w:val="3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85B91B" w14:textId="77777777" w:rsidR="002A2056" w:rsidRDefault="00E64D4C">
            <w:pPr>
              <w:jc w:val="center"/>
            </w:pPr>
            <w:sdt>
              <w:sdtPr>
                <w:alias w:val="CHECK_3124"/>
                <w:tag w:val="CHECK_3124"/>
                <w:id w:val="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107B2431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8AD82C" w14:textId="77777777" w:rsidR="002A2056" w:rsidRDefault="00107C14">
            <w:r>
              <w:rPr>
                <w:sz w:val="15"/>
              </w:rPr>
              <w:t xml:space="preserve">4. </w:t>
            </w:r>
            <w:proofErr w:type="spellStart"/>
            <w:r>
              <w:rPr>
                <w:sz w:val="15"/>
              </w:rPr>
              <w:t>Nitelikli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Eğitim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793D764" w14:textId="77777777" w:rsidR="002A2056" w:rsidRDefault="00E64D4C">
            <w:pPr>
              <w:jc w:val="center"/>
            </w:pPr>
            <w:sdt>
              <w:sdtPr>
                <w:alias w:val="CHECK_3125"/>
                <w:tag w:val="CHECK_3125"/>
                <w:id w:val="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BAF524" w14:textId="77777777" w:rsidR="002A2056" w:rsidRDefault="00E64D4C">
            <w:pPr>
              <w:jc w:val="center"/>
            </w:pPr>
            <w:sdt>
              <w:sdtPr>
                <w:alias w:val="CHECK_3126"/>
                <w:tag w:val="CHECK_3126"/>
                <w:id w:val="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5B2970" w14:textId="77777777" w:rsidR="002A2056" w:rsidRDefault="00E64D4C">
            <w:pPr>
              <w:jc w:val="center"/>
            </w:pPr>
            <w:sdt>
              <w:sdtPr>
                <w:alias w:val="CHECK_3127"/>
                <w:tag w:val="CHECK_3127"/>
                <w:id w:val="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5192D7" w14:textId="77777777" w:rsidR="002A2056" w:rsidRDefault="00E64D4C">
            <w:pPr>
              <w:jc w:val="center"/>
            </w:pPr>
            <w:sdt>
              <w:sdtPr>
                <w:alias w:val="CHECK_3128"/>
                <w:tag w:val="CHECK_3128"/>
                <w:id w:val="3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569836C6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28166F" w14:textId="77777777" w:rsidR="002A2056" w:rsidRDefault="00107C14">
            <w:r>
              <w:rPr>
                <w:sz w:val="15"/>
              </w:rPr>
              <w:t xml:space="preserve">5. </w:t>
            </w:r>
            <w:proofErr w:type="spellStart"/>
            <w:r>
              <w:rPr>
                <w:sz w:val="15"/>
              </w:rPr>
              <w:t>Toplumsal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Cinsiyet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Eşitliği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FF187BA" w14:textId="77777777" w:rsidR="002A2056" w:rsidRDefault="00E64D4C">
            <w:pPr>
              <w:jc w:val="center"/>
            </w:pPr>
            <w:sdt>
              <w:sdtPr>
                <w:alias w:val="CHECK_3129"/>
                <w:tag w:val="CHECK_3129"/>
                <w:id w:val="3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F0B786" w14:textId="77777777" w:rsidR="002A2056" w:rsidRDefault="00E64D4C">
            <w:pPr>
              <w:jc w:val="center"/>
            </w:pPr>
            <w:sdt>
              <w:sdtPr>
                <w:alias w:val="CHECK_3130"/>
                <w:tag w:val="CHECK_3130"/>
                <w:id w:val="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BD5810" w14:textId="77777777" w:rsidR="002A2056" w:rsidRDefault="00E64D4C">
            <w:pPr>
              <w:jc w:val="center"/>
            </w:pPr>
            <w:sdt>
              <w:sdtPr>
                <w:alias w:val="CHECK_3131"/>
                <w:tag w:val="CHECK_3131"/>
                <w:id w:val="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E82320" w14:textId="77777777" w:rsidR="002A2056" w:rsidRDefault="00E64D4C">
            <w:pPr>
              <w:jc w:val="center"/>
            </w:pPr>
            <w:sdt>
              <w:sdtPr>
                <w:alias w:val="CHECK_3132"/>
                <w:tag w:val="CHECK_3132"/>
                <w:id w:val="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62289C10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7A33F4" w14:textId="77777777" w:rsidR="002A2056" w:rsidRDefault="00107C14">
            <w:r>
              <w:rPr>
                <w:sz w:val="15"/>
              </w:rPr>
              <w:t xml:space="preserve">6. </w:t>
            </w:r>
            <w:proofErr w:type="spellStart"/>
            <w:r>
              <w:rPr>
                <w:sz w:val="15"/>
              </w:rPr>
              <w:t>Temiz</w:t>
            </w:r>
            <w:proofErr w:type="spellEnd"/>
            <w:r>
              <w:rPr>
                <w:sz w:val="15"/>
              </w:rPr>
              <w:t xml:space="preserve"> Su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Sanitasyon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27F24D" w14:textId="77777777" w:rsidR="002A2056" w:rsidRDefault="00E64D4C">
            <w:pPr>
              <w:jc w:val="center"/>
            </w:pPr>
            <w:sdt>
              <w:sdtPr>
                <w:alias w:val="CHECK_3133"/>
                <w:tag w:val="CHECK_3133"/>
                <w:id w:val="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876BEE" w14:textId="77777777" w:rsidR="002A2056" w:rsidRDefault="00E64D4C">
            <w:pPr>
              <w:jc w:val="center"/>
            </w:pPr>
            <w:sdt>
              <w:sdtPr>
                <w:alias w:val="CHECK_3134"/>
                <w:tag w:val="CHECK_3134"/>
                <w:id w:val="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48253" w14:textId="77777777" w:rsidR="002A2056" w:rsidRDefault="00E64D4C">
            <w:pPr>
              <w:jc w:val="center"/>
            </w:pPr>
            <w:sdt>
              <w:sdtPr>
                <w:alias w:val="CHECK_3135"/>
                <w:tag w:val="CHECK_3135"/>
                <w:id w:val="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485D1B" w14:textId="77777777" w:rsidR="002A2056" w:rsidRDefault="00E64D4C">
            <w:pPr>
              <w:jc w:val="center"/>
            </w:pPr>
            <w:sdt>
              <w:sdtPr>
                <w:alias w:val="CHECK_3136"/>
                <w:tag w:val="CHECK_3136"/>
                <w:id w:val="3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17D6D04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8080D" w14:textId="77777777" w:rsidR="002A2056" w:rsidRDefault="00107C14">
            <w:r>
              <w:rPr>
                <w:sz w:val="15"/>
              </w:rPr>
              <w:t xml:space="preserve">7. </w:t>
            </w:r>
            <w:proofErr w:type="spellStart"/>
            <w:r>
              <w:rPr>
                <w:sz w:val="15"/>
              </w:rPr>
              <w:t>Erişilebilir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Temiz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Enerji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59A654" w14:textId="77777777" w:rsidR="002A2056" w:rsidRDefault="00E64D4C">
            <w:pPr>
              <w:jc w:val="center"/>
            </w:pPr>
            <w:sdt>
              <w:sdtPr>
                <w:alias w:val="CHECK_3137"/>
                <w:tag w:val="CHECK_3137"/>
                <w:id w:val="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4EA28F" w14:textId="77777777" w:rsidR="002A2056" w:rsidRDefault="00E64D4C">
            <w:pPr>
              <w:jc w:val="center"/>
            </w:pPr>
            <w:sdt>
              <w:sdtPr>
                <w:alias w:val="CHECK_3138"/>
                <w:tag w:val="CHECK_3138"/>
                <w:id w:val="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BF0AB5" w14:textId="77777777" w:rsidR="002A2056" w:rsidRDefault="00E64D4C">
            <w:pPr>
              <w:jc w:val="center"/>
            </w:pPr>
            <w:sdt>
              <w:sdtPr>
                <w:alias w:val="CHECK_3139"/>
                <w:tag w:val="CHECK_3139"/>
                <w:id w:val="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0ABBE3" w14:textId="77777777" w:rsidR="002A2056" w:rsidRDefault="00E64D4C">
            <w:pPr>
              <w:jc w:val="center"/>
            </w:pPr>
            <w:sdt>
              <w:sdtPr>
                <w:alias w:val="CHECK_3140"/>
                <w:tag w:val="CHECK_3140"/>
                <w:id w:val="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1360868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01F5D6" w14:textId="77777777" w:rsidR="002A2056" w:rsidRDefault="00107C14">
            <w:r>
              <w:rPr>
                <w:sz w:val="15"/>
              </w:rPr>
              <w:t xml:space="preserve">8. </w:t>
            </w:r>
            <w:proofErr w:type="spellStart"/>
            <w:r>
              <w:rPr>
                <w:sz w:val="15"/>
              </w:rPr>
              <w:t>İnsana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Yakışır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İş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Ekonomik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Büyüme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40E0BF" w14:textId="77777777" w:rsidR="002A2056" w:rsidRDefault="00E64D4C">
            <w:pPr>
              <w:jc w:val="center"/>
            </w:pPr>
            <w:sdt>
              <w:sdtPr>
                <w:alias w:val="CHECK_3141"/>
                <w:tag w:val="CHECK_3141"/>
                <w:id w:val="3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FAB63D" w14:textId="77777777" w:rsidR="002A2056" w:rsidRDefault="00E64D4C">
            <w:pPr>
              <w:jc w:val="center"/>
            </w:pPr>
            <w:sdt>
              <w:sdtPr>
                <w:alias w:val="CHECK_3142"/>
                <w:tag w:val="CHECK_3142"/>
                <w:id w:val="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2DF424" w14:textId="77777777" w:rsidR="002A2056" w:rsidRDefault="00E64D4C">
            <w:pPr>
              <w:jc w:val="center"/>
            </w:pPr>
            <w:sdt>
              <w:sdtPr>
                <w:alias w:val="CHECK_3143"/>
                <w:tag w:val="CHECK_3143"/>
                <w:id w:val="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FBC279" w14:textId="77777777" w:rsidR="002A2056" w:rsidRDefault="00E64D4C">
            <w:pPr>
              <w:jc w:val="center"/>
            </w:pPr>
            <w:sdt>
              <w:sdtPr>
                <w:alias w:val="CHECK_3144"/>
                <w:tag w:val="CHECK_3144"/>
                <w:id w:val="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4F0D7D58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1657E9" w14:textId="77777777" w:rsidR="002A2056" w:rsidRDefault="00107C14">
            <w:r>
              <w:rPr>
                <w:sz w:val="15"/>
              </w:rPr>
              <w:t xml:space="preserve">9. Sanayi, </w:t>
            </w:r>
            <w:proofErr w:type="spellStart"/>
            <w:r>
              <w:rPr>
                <w:sz w:val="15"/>
              </w:rPr>
              <w:t>Yenilikçilik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Altyapı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37888B" w14:textId="77777777" w:rsidR="002A2056" w:rsidRDefault="00E64D4C">
            <w:pPr>
              <w:jc w:val="center"/>
            </w:pPr>
            <w:sdt>
              <w:sdtPr>
                <w:alias w:val="CHECK_3145"/>
                <w:tag w:val="CHECK_3145"/>
                <w:id w:val="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7E22ED" w14:textId="77777777" w:rsidR="002A2056" w:rsidRDefault="00E64D4C">
            <w:pPr>
              <w:jc w:val="center"/>
            </w:pPr>
            <w:sdt>
              <w:sdtPr>
                <w:alias w:val="CHECK_3146"/>
                <w:tag w:val="CHECK_3146"/>
                <w:id w:val="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0E9D31" w14:textId="77777777" w:rsidR="002A2056" w:rsidRDefault="00E64D4C">
            <w:pPr>
              <w:jc w:val="center"/>
            </w:pPr>
            <w:sdt>
              <w:sdtPr>
                <w:alias w:val="CHECK_3147"/>
                <w:tag w:val="CHECK_3147"/>
                <w:id w:val="3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B11208" w14:textId="77777777" w:rsidR="002A2056" w:rsidRDefault="00E64D4C">
            <w:pPr>
              <w:jc w:val="center"/>
            </w:pPr>
            <w:sdt>
              <w:sdtPr>
                <w:alias w:val="CHECK_3148"/>
                <w:tag w:val="CHECK_3148"/>
                <w:id w:val="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77627C9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8E7AE6" w14:textId="77777777" w:rsidR="002A2056" w:rsidRDefault="00107C14">
            <w:r>
              <w:rPr>
                <w:sz w:val="15"/>
              </w:rPr>
              <w:t xml:space="preserve">10. </w:t>
            </w:r>
            <w:proofErr w:type="spellStart"/>
            <w:r>
              <w:rPr>
                <w:sz w:val="15"/>
              </w:rPr>
              <w:t>Eşitsizliklerin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Azaltılması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0DB2E8" w14:textId="77777777" w:rsidR="002A2056" w:rsidRDefault="00E64D4C">
            <w:pPr>
              <w:jc w:val="center"/>
            </w:pPr>
            <w:sdt>
              <w:sdtPr>
                <w:alias w:val="CHECK_3149"/>
                <w:tag w:val="CHECK_3149"/>
                <w:id w:val="3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953098" w14:textId="77777777" w:rsidR="002A2056" w:rsidRDefault="00E64D4C">
            <w:pPr>
              <w:jc w:val="center"/>
            </w:pPr>
            <w:sdt>
              <w:sdtPr>
                <w:alias w:val="CHECK_3150"/>
                <w:tag w:val="CHECK_3150"/>
                <w:id w:val="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76078A" w14:textId="77777777" w:rsidR="002A2056" w:rsidRDefault="00E64D4C">
            <w:pPr>
              <w:jc w:val="center"/>
            </w:pPr>
            <w:sdt>
              <w:sdtPr>
                <w:alias w:val="CHECK_3151"/>
                <w:tag w:val="CHECK_3151"/>
                <w:id w:val="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D0C2E8C" w14:textId="77777777" w:rsidR="002A2056" w:rsidRDefault="00E64D4C">
            <w:pPr>
              <w:jc w:val="center"/>
            </w:pPr>
            <w:sdt>
              <w:sdtPr>
                <w:alias w:val="CHECK_3152"/>
                <w:tag w:val="CHECK_3152"/>
                <w:id w:val="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422A754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535F04" w14:textId="77777777" w:rsidR="002A2056" w:rsidRDefault="00107C14">
            <w:r>
              <w:rPr>
                <w:sz w:val="15"/>
              </w:rPr>
              <w:t xml:space="preserve">11. </w:t>
            </w:r>
            <w:proofErr w:type="spellStart"/>
            <w:r>
              <w:rPr>
                <w:sz w:val="15"/>
              </w:rPr>
              <w:t>Sürdürülebilir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Şehirler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Topluluklar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70D71F" w14:textId="77777777" w:rsidR="002A2056" w:rsidRDefault="00E64D4C">
            <w:pPr>
              <w:jc w:val="center"/>
            </w:pPr>
            <w:sdt>
              <w:sdtPr>
                <w:alias w:val="CHECK_3153"/>
                <w:tag w:val="CHECK_3153"/>
                <w:id w:val="3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F9A2B7" w14:textId="77777777" w:rsidR="002A2056" w:rsidRDefault="00E64D4C">
            <w:pPr>
              <w:jc w:val="center"/>
            </w:pPr>
            <w:sdt>
              <w:sdtPr>
                <w:alias w:val="CHECK_3154"/>
                <w:tag w:val="CHECK_3154"/>
                <w:id w:val="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E43A3F" w14:textId="77777777" w:rsidR="002A2056" w:rsidRDefault="00E64D4C">
            <w:pPr>
              <w:jc w:val="center"/>
            </w:pPr>
            <w:sdt>
              <w:sdtPr>
                <w:alias w:val="CHECK_3155"/>
                <w:tag w:val="CHECK_3155"/>
                <w:id w:val="3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9B4ECA" w14:textId="77777777" w:rsidR="002A2056" w:rsidRDefault="00E64D4C">
            <w:pPr>
              <w:jc w:val="center"/>
            </w:pPr>
            <w:sdt>
              <w:sdtPr>
                <w:alias w:val="CHECK_3156"/>
                <w:tag w:val="CHECK_3156"/>
                <w:id w:val="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75812B5E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E2BD3F" w14:textId="77777777" w:rsidR="002A2056" w:rsidRDefault="00107C14">
            <w:r>
              <w:rPr>
                <w:sz w:val="15"/>
              </w:rPr>
              <w:t xml:space="preserve">12. </w:t>
            </w:r>
            <w:proofErr w:type="spellStart"/>
            <w:r>
              <w:rPr>
                <w:sz w:val="15"/>
              </w:rPr>
              <w:t>Sorumlu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Üretim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Tüketim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831585" w14:textId="77777777" w:rsidR="002A2056" w:rsidRDefault="00E64D4C">
            <w:pPr>
              <w:jc w:val="center"/>
            </w:pPr>
            <w:sdt>
              <w:sdtPr>
                <w:alias w:val="CHECK_3157"/>
                <w:tag w:val="CHECK_3157"/>
                <w:id w:val="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DD5E12" w14:textId="77777777" w:rsidR="002A2056" w:rsidRDefault="00E64D4C">
            <w:pPr>
              <w:jc w:val="center"/>
            </w:pPr>
            <w:sdt>
              <w:sdtPr>
                <w:alias w:val="CHECK_3158"/>
                <w:tag w:val="CHECK_3158"/>
                <w:id w:val="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6E8858" w14:textId="77777777" w:rsidR="002A2056" w:rsidRDefault="00E64D4C">
            <w:pPr>
              <w:jc w:val="center"/>
            </w:pPr>
            <w:sdt>
              <w:sdtPr>
                <w:alias w:val="CHECK_3159"/>
                <w:tag w:val="CHECK_3159"/>
                <w:id w:val="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716D77" w14:textId="77777777" w:rsidR="002A2056" w:rsidRDefault="00E64D4C">
            <w:pPr>
              <w:jc w:val="center"/>
            </w:pPr>
            <w:sdt>
              <w:sdtPr>
                <w:alias w:val="CHECK_3160"/>
                <w:tag w:val="CHECK_3160"/>
                <w:id w:val="3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5F431E28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69BDBD" w14:textId="77777777" w:rsidR="002A2056" w:rsidRDefault="00107C14">
            <w:r>
              <w:rPr>
                <w:sz w:val="15"/>
              </w:rPr>
              <w:t xml:space="preserve">13. </w:t>
            </w:r>
            <w:proofErr w:type="spellStart"/>
            <w:r>
              <w:rPr>
                <w:sz w:val="15"/>
              </w:rPr>
              <w:t>İklim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Eylemi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A100F5" w14:textId="77777777" w:rsidR="002A2056" w:rsidRDefault="00E64D4C">
            <w:pPr>
              <w:jc w:val="center"/>
            </w:pPr>
            <w:sdt>
              <w:sdtPr>
                <w:alias w:val="CHECK_3161"/>
                <w:tag w:val="CHECK_3161"/>
                <w:id w:val="3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AE963C" w14:textId="77777777" w:rsidR="002A2056" w:rsidRDefault="00E64D4C">
            <w:pPr>
              <w:jc w:val="center"/>
            </w:pPr>
            <w:sdt>
              <w:sdtPr>
                <w:alias w:val="CHECK_3162"/>
                <w:tag w:val="CHECK_3162"/>
                <w:id w:val="3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C676D4" w14:textId="77777777" w:rsidR="002A2056" w:rsidRDefault="00E64D4C">
            <w:pPr>
              <w:jc w:val="center"/>
            </w:pPr>
            <w:sdt>
              <w:sdtPr>
                <w:alias w:val="CHECK_3163"/>
                <w:tag w:val="CHECK_3163"/>
                <w:id w:val="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C986BF" w14:textId="77777777" w:rsidR="002A2056" w:rsidRDefault="00E64D4C">
            <w:pPr>
              <w:jc w:val="center"/>
            </w:pPr>
            <w:sdt>
              <w:sdtPr>
                <w:alias w:val="CHECK_3164"/>
                <w:tag w:val="CHECK_3164"/>
                <w:id w:val="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63DA941C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E8DD64" w14:textId="77777777" w:rsidR="002A2056" w:rsidRDefault="00107C14">
            <w:r>
              <w:rPr>
                <w:sz w:val="15"/>
              </w:rPr>
              <w:t xml:space="preserve">14. </w:t>
            </w:r>
            <w:proofErr w:type="spellStart"/>
            <w:r>
              <w:rPr>
                <w:sz w:val="15"/>
              </w:rPr>
              <w:t>Sudaki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Yaşam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821EA4" w14:textId="77777777" w:rsidR="002A2056" w:rsidRDefault="00E64D4C">
            <w:pPr>
              <w:jc w:val="center"/>
            </w:pPr>
            <w:sdt>
              <w:sdtPr>
                <w:alias w:val="CHECK_3165"/>
                <w:tag w:val="CHECK_3165"/>
                <w:id w:val="3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DE6733" w14:textId="77777777" w:rsidR="002A2056" w:rsidRDefault="00E64D4C">
            <w:pPr>
              <w:jc w:val="center"/>
            </w:pPr>
            <w:sdt>
              <w:sdtPr>
                <w:alias w:val="CHECK_3166"/>
                <w:tag w:val="CHECK_3166"/>
                <w:id w:val="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9DF7A" w14:textId="77777777" w:rsidR="002A2056" w:rsidRDefault="00E64D4C">
            <w:pPr>
              <w:jc w:val="center"/>
            </w:pPr>
            <w:sdt>
              <w:sdtPr>
                <w:alias w:val="CHECK_3167"/>
                <w:tag w:val="CHECK_3167"/>
                <w:id w:val="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6F1DE5" w14:textId="77777777" w:rsidR="002A2056" w:rsidRDefault="00E64D4C">
            <w:pPr>
              <w:jc w:val="center"/>
            </w:pPr>
            <w:sdt>
              <w:sdtPr>
                <w:alias w:val="CHECK_3168"/>
                <w:tag w:val="CHECK_3168"/>
                <w:id w:val="3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36183B1A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70DFAC" w14:textId="77777777" w:rsidR="002A2056" w:rsidRDefault="00107C14">
            <w:r>
              <w:rPr>
                <w:sz w:val="15"/>
              </w:rPr>
              <w:t xml:space="preserve">15. </w:t>
            </w:r>
            <w:proofErr w:type="spellStart"/>
            <w:r>
              <w:rPr>
                <w:sz w:val="15"/>
              </w:rPr>
              <w:t>Karasal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Yaşam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4199BC" w14:textId="77777777" w:rsidR="002A2056" w:rsidRDefault="00E64D4C">
            <w:pPr>
              <w:jc w:val="center"/>
            </w:pPr>
            <w:sdt>
              <w:sdtPr>
                <w:alias w:val="CHECK_3169"/>
                <w:tag w:val="CHECK_3169"/>
                <w:id w:val="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38960" w14:textId="77777777" w:rsidR="002A2056" w:rsidRDefault="00E64D4C">
            <w:pPr>
              <w:jc w:val="center"/>
            </w:pPr>
            <w:sdt>
              <w:sdtPr>
                <w:alias w:val="CHECK_3170"/>
                <w:tag w:val="CHECK_3170"/>
                <w:id w:val="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1AA1E09" w14:textId="77777777" w:rsidR="002A2056" w:rsidRDefault="00E64D4C">
            <w:pPr>
              <w:jc w:val="center"/>
            </w:pPr>
            <w:sdt>
              <w:sdtPr>
                <w:alias w:val="CHECK_3171"/>
                <w:tag w:val="CHECK_3171"/>
                <w:id w:val="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64F2A57" w14:textId="77777777" w:rsidR="002A2056" w:rsidRDefault="00E64D4C">
            <w:pPr>
              <w:jc w:val="center"/>
            </w:pPr>
            <w:sdt>
              <w:sdtPr>
                <w:alias w:val="CHECK_3172"/>
                <w:tag w:val="CHECK_3172"/>
                <w:id w:val="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51423D04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AA012B6" w14:textId="77777777" w:rsidR="002A2056" w:rsidRDefault="00107C14">
            <w:r>
              <w:rPr>
                <w:sz w:val="15"/>
              </w:rPr>
              <w:t xml:space="preserve">16. </w:t>
            </w:r>
            <w:proofErr w:type="spellStart"/>
            <w:r>
              <w:rPr>
                <w:sz w:val="15"/>
              </w:rPr>
              <w:t>Barış</w:t>
            </w:r>
            <w:proofErr w:type="spellEnd"/>
            <w:r>
              <w:rPr>
                <w:sz w:val="15"/>
              </w:rPr>
              <w:t xml:space="preserve">, </w:t>
            </w:r>
            <w:proofErr w:type="spellStart"/>
            <w:r>
              <w:rPr>
                <w:sz w:val="15"/>
              </w:rPr>
              <w:t>Adalet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Güçlü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Kurumlar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FAA7C8" w14:textId="3CAEC4B6" w:rsidR="002A2056" w:rsidRDefault="00E64D4C">
            <w:pPr>
              <w:jc w:val="center"/>
            </w:pPr>
            <w:sdt>
              <w:sdtPr>
                <w:alias w:val="CHECK_3173"/>
                <w:tag w:val="CHECK_3173"/>
                <w:id w:val="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31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03916D" w14:textId="77777777" w:rsidR="002A2056" w:rsidRDefault="00E64D4C">
            <w:pPr>
              <w:jc w:val="center"/>
            </w:pPr>
            <w:sdt>
              <w:sdtPr>
                <w:alias w:val="CHECK_3174"/>
                <w:tag w:val="CHECK_3174"/>
                <w:id w:val="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3EEE069" w14:textId="77777777" w:rsidR="002A2056" w:rsidRDefault="00E64D4C">
            <w:pPr>
              <w:jc w:val="center"/>
            </w:pPr>
            <w:sdt>
              <w:sdtPr>
                <w:alias w:val="CHECK_3175"/>
                <w:tag w:val="CHECK_3175"/>
                <w:id w:val="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23DF81" w14:textId="77777777" w:rsidR="002A2056" w:rsidRDefault="00E64D4C">
            <w:pPr>
              <w:jc w:val="center"/>
            </w:pPr>
            <w:sdt>
              <w:sdtPr>
                <w:alias w:val="CHECK_3176"/>
                <w:tag w:val="CHECK_3176"/>
                <w:id w:val="3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  <w:tr w:rsidR="002A2056" w14:paraId="3F7339F7" w14:textId="77777777">
        <w:trPr>
          <w:jc w:val="center"/>
        </w:trPr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2BA488" w14:textId="77777777" w:rsidR="002A2056" w:rsidRDefault="00107C14">
            <w:r>
              <w:rPr>
                <w:sz w:val="15"/>
              </w:rPr>
              <w:t xml:space="preserve">17. </w:t>
            </w:r>
            <w:proofErr w:type="spellStart"/>
            <w:r>
              <w:rPr>
                <w:sz w:val="15"/>
              </w:rPr>
              <w:t>Amaçlar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İçin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Ortaklıklar</w:t>
            </w:r>
            <w:proofErr w:type="spellEnd"/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53ECB2" w14:textId="77777777" w:rsidR="002A2056" w:rsidRDefault="00E64D4C">
            <w:pPr>
              <w:jc w:val="center"/>
            </w:pPr>
            <w:sdt>
              <w:sdtPr>
                <w:alias w:val="CHECK_3177"/>
                <w:tag w:val="CHECK_3177"/>
                <w:id w:val="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CAC22BB" w14:textId="77777777" w:rsidR="002A2056" w:rsidRDefault="00E64D4C">
            <w:pPr>
              <w:jc w:val="center"/>
            </w:pPr>
            <w:sdt>
              <w:sdtPr>
                <w:alias w:val="CHECK_3178"/>
                <w:tag w:val="CHECK_3178"/>
                <w:id w:val="3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2BD575E" w14:textId="77777777" w:rsidR="002A2056" w:rsidRDefault="00E64D4C">
            <w:pPr>
              <w:jc w:val="center"/>
            </w:pPr>
            <w:sdt>
              <w:sdtPr>
                <w:alias w:val="CHECK_3179"/>
                <w:tag w:val="CHECK_3179"/>
                <w:id w:val="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  <w:tc>
          <w:tcPr>
            <w:tcW w:w="21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CD9FAA" w14:textId="77777777" w:rsidR="002A2056" w:rsidRDefault="00E64D4C">
            <w:pPr>
              <w:jc w:val="center"/>
            </w:pPr>
            <w:sdt>
              <w:sdtPr>
                <w:alias w:val="CHECK_3180"/>
                <w:tag w:val="CHECK_3180"/>
                <w:id w:val="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</w:p>
        </w:tc>
      </w:tr>
    </w:tbl>
    <w:p w14:paraId="42838036" w14:textId="77777777" w:rsidR="002A2056" w:rsidRDefault="002A2056">
      <w:pPr>
        <w:spacing w:after="40"/>
      </w:pPr>
    </w:p>
    <w:p w14:paraId="49DA7C65" w14:textId="77777777" w:rsidR="002A2056" w:rsidRDefault="00E64D4C">
      <w:sdt>
        <w:sdtPr>
          <w:alias w:val="CHECK_3181"/>
          <w:tag w:val="CHECK_3181"/>
          <w:id w:val="3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C14">
            <w:t>☐</w:t>
          </w:r>
        </w:sdtContent>
      </w:sdt>
      <w:r w:rsidR="00107C14">
        <w:rPr>
          <w:b/>
        </w:rPr>
        <w:t xml:space="preserve">  BM </w:t>
      </w:r>
      <w:proofErr w:type="spellStart"/>
      <w:r w:rsidR="00107C14">
        <w:rPr>
          <w:b/>
        </w:rPr>
        <w:t>Etkisi</w:t>
      </w:r>
      <w:proofErr w:type="spellEnd"/>
      <w:r w:rsidR="00107C14">
        <w:rPr>
          <w:b/>
        </w:rPr>
        <w:t xml:space="preserve"> Yok - </w:t>
      </w:r>
      <w:proofErr w:type="spellStart"/>
      <w:r w:rsidR="00107C14">
        <w:rPr>
          <w:b/>
        </w:rPr>
        <w:t>Faaliyet</w:t>
      </w:r>
      <w:proofErr w:type="spellEnd"/>
      <w:r w:rsidR="00107C14">
        <w:rPr>
          <w:b/>
        </w:rPr>
        <w:t xml:space="preserve"> </w:t>
      </w:r>
      <w:proofErr w:type="spellStart"/>
      <w:r w:rsidR="00107C14">
        <w:rPr>
          <w:b/>
        </w:rPr>
        <w:t>hiçbir</w:t>
      </w:r>
      <w:proofErr w:type="spellEnd"/>
      <w:r w:rsidR="00107C14">
        <w:rPr>
          <w:b/>
        </w:rPr>
        <w:t xml:space="preserve"> BM </w:t>
      </w:r>
      <w:proofErr w:type="spellStart"/>
      <w:r w:rsidR="00107C14">
        <w:rPr>
          <w:b/>
        </w:rPr>
        <w:t>Sürdürülebilir</w:t>
      </w:r>
      <w:proofErr w:type="spellEnd"/>
      <w:r w:rsidR="00107C14">
        <w:rPr>
          <w:b/>
        </w:rPr>
        <w:t xml:space="preserve"> </w:t>
      </w:r>
      <w:proofErr w:type="spellStart"/>
      <w:r w:rsidR="00107C14">
        <w:rPr>
          <w:b/>
        </w:rPr>
        <w:t>Kalkınma</w:t>
      </w:r>
      <w:proofErr w:type="spellEnd"/>
      <w:r w:rsidR="00107C14">
        <w:rPr>
          <w:b/>
        </w:rPr>
        <w:t xml:space="preserve"> </w:t>
      </w:r>
      <w:proofErr w:type="spellStart"/>
      <w:r w:rsidR="00107C14">
        <w:rPr>
          <w:b/>
        </w:rPr>
        <w:t>Amacı</w:t>
      </w:r>
      <w:proofErr w:type="spellEnd"/>
      <w:r w:rsidR="00107C14">
        <w:rPr>
          <w:b/>
        </w:rPr>
        <w:t xml:space="preserve"> </w:t>
      </w:r>
      <w:proofErr w:type="spellStart"/>
      <w:r w:rsidR="00107C14">
        <w:rPr>
          <w:b/>
        </w:rPr>
        <w:t>ile</w:t>
      </w:r>
      <w:proofErr w:type="spellEnd"/>
      <w:r w:rsidR="00107C14">
        <w:rPr>
          <w:b/>
        </w:rPr>
        <w:t xml:space="preserve"> </w:t>
      </w:r>
      <w:proofErr w:type="spellStart"/>
      <w:r w:rsidR="00107C14">
        <w:rPr>
          <w:b/>
        </w:rPr>
        <w:t>ilişkili</w:t>
      </w:r>
      <w:proofErr w:type="spellEnd"/>
      <w:r w:rsidR="00107C14">
        <w:rPr>
          <w:b/>
        </w:rPr>
        <w:t xml:space="preserve"> </w:t>
      </w:r>
      <w:proofErr w:type="spellStart"/>
      <w:r w:rsidR="00107C14">
        <w:rPr>
          <w:b/>
        </w:rPr>
        <w:t>değildir</w:t>
      </w:r>
      <w:proofErr w:type="spellEnd"/>
      <w:r w:rsidR="00107C14">
        <w:rPr>
          <w:b/>
        </w:rPr>
        <w:t>.</w:t>
      </w:r>
    </w:p>
    <w:p w14:paraId="5DE3144B" w14:textId="77777777" w:rsidR="002A2056" w:rsidRDefault="00107C14">
      <w:pPr>
        <w:spacing w:after="80"/>
      </w:pPr>
      <w:proofErr w:type="spellStart"/>
      <w:r>
        <w:rPr>
          <w:b/>
          <w:sz w:val="16"/>
        </w:rPr>
        <w:t>Etki</w:t>
      </w:r>
      <w:proofErr w:type="spellEnd"/>
      <w:r>
        <w:rPr>
          <w:b/>
          <w:sz w:val="16"/>
        </w:rPr>
        <w:t xml:space="preserve"> </w:t>
      </w:r>
      <w:proofErr w:type="spellStart"/>
      <w:r>
        <w:rPr>
          <w:b/>
          <w:sz w:val="16"/>
        </w:rPr>
        <w:t>düzeyi</w:t>
      </w:r>
      <w:proofErr w:type="spellEnd"/>
      <w:r>
        <w:rPr>
          <w:b/>
          <w:sz w:val="16"/>
        </w:rPr>
        <w:t xml:space="preserve"> </w:t>
      </w:r>
      <w:proofErr w:type="spellStart"/>
      <w:r>
        <w:rPr>
          <w:b/>
          <w:sz w:val="16"/>
        </w:rPr>
        <w:t>tanımı</w:t>
      </w:r>
      <w:proofErr w:type="spellEnd"/>
      <w:r>
        <w:rPr>
          <w:b/>
          <w:sz w:val="16"/>
        </w:rPr>
        <w:t xml:space="preserve">: </w:t>
      </w:r>
      <w:proofErr w:type="spellStart"/>
      <w:r>
        <w:rPr>
          <w:color w:val="505050"/>
          <w:sz w:val="16"/>
        </w:rPr>
        <w:t>Yüksek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Etki</w:t>
      </w:r>
      <w:proofErr w:type="spellEnd"/>
      <w:r>
        <w:rPr>
          <w:color w:val="505050"/>
          <w:sz w:val="16"/>
        </w:rPr>
        <w:t xml:space="preserve"> = </w:t>
      </w:r>
      <w:proofErr w:type="spellStart"/>
      <w:r>
        <w:rPr>
          <w:color w:val="505050"/>
          <w:sz w:val="16"/>
        </w:rPr>
        <w:t>ilgili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amaca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doğrudan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hizmet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eder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ve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ölçülebilir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çıktı</w:t>
      </w:r>
      <w:proofErr w:type="spellEnd"/>
      <w:r>
        <w:rPr>
          <w:color w:val="505050"/>
          <w:sz w:val="16"/>
        </w:rPr>
        <w:t>/</w:t>
      </w:r>
      <w:proofErr w:type="spellStart"/>
      <w:r>
        <w:rPr>
          <w:color w:val="505050"/>
          <w:sz w:val="16"/>
        </w:rPr>
        <w:t>sonuç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üretir</w:t>
      </w:r>
      <w:proofErr w:type="spellEnd"/>
      <w:r>
        <w:rPr>
          <w:color w:val="505050"/>
          <w:sz w:val="16"/>
        </w:rPr>
        <w:t xml:space="preserve">.  |  </w:t>
      </w:r>
      <w:proofErr w:type="spellStart"/>
      <w:r>
        <w:rPr>
          <w:color w:val="505050"/>
          <w:sz w:val="16"/>
        </w:rPr>
        <w:t>Orta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Etki</w:t>
      </w:r>
      <w:proofErr w:type="spellEnd"/>
      <w:r>
        <w:rPr>
          <w:color w:val="505050"/>
          <w:sz w:val="16"/>
        </w:rPr>
        <w:t xml:space="preserve"> = </w:t>
      </w:r>
      <w:proofErr w:type="spellStart"/>
      <w:r>
        <w:rPr>
          <w:color w:val="505050"/>
          <w:sz w:val="16"/>
        </w:rPr>
        <w:t>amacı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destekler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ancak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etkisi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ikincil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veya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dolaylıdır</w:t>
      </w:r>
      <w:proofErr w:type="spellEnd"/>
      <w:r>
        <w:rPr>
          <w:color w:val="505050"/>
          <w:sz w:val="16"/>
        </w:rPr>
        <w:t xml:space="preserve">.  |  </w:t>
      </w:r>
      <w:proofErr w:type="spellStart"/>
      <w:r>
        <w:rPr>
          <w:color w:val="505050"/>
          <w:sz w:val="16"/>
        </w:rPr>
        <w:t>Düşük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Etki</w:t>
      </w:r>
      <w:proofErr w:type="spellEnd"/>
      <w:r>
        <w:rPr>
          <w:color w:val="505050"/>
          <w:sz w:val="16"/>
        </w:rPr>
        <w:t xml:space="preserve"> = </w:t>
      </w:r>
      <w:proofErr w:type="spellStart"/>
      <w:r>
        <w:rPr>
          <w:color w:val="505050"/>
          <w:sz w:val="16"/>
        </w:rPr>
        <w:t>sınırlı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ilişki</w:t>
      </w:r>
      <w:proofErr w:type="spellEnd"/>
      <w:r>
        <w:rPr>
          <w:color w:val="505050"/>
          <w:sz w:val="16"/>
        </w:rPr>
        <w:t xml:space="preserve">; </w:t>
      </w:r>
      <w:proofErr w:type="spellStart"/>
      <w:r>
        <w:rPr>
          <w:color w:val="505050"/>
          <w:sz w:val="16"/>
        </w:rPr>
        <w:t>farkındalık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veya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destekleyici</w:t>
      </w:r>
      <w:proofErr w:type="spellEnd"/>
      <w:r>
        <w:rPr>
          <w:color w:val="505050"/>
          <w:sz w:val="16"/>
        </w:rPr>
        <w:t>/</w:t>
      </w:r>
      <w:proofErr w:type="spellStart"/>
      <w:r>
        <w:rPr>
          <w:color w:val="505050"/>
          <w:sz w:val="16"/>
        </w:rPr>
        <w:t>dolaylı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katkı</w:t>
      </w:r>
      <w:proofErr w:type="spellEnd"/>
      <w:r>
        <w:rPr>
          <w:color w:val="505050"/>
          <w:sz w:val="16"/>
        </w:rPr>
        <w:t xml:space="preserve"> </w:t>
      </w:r>
      <w:proofErr w:type="spellStart"/>
      <w:r>
        <w:rPr>
          <w:color w:val="505050"/>
          <w:sz w:val="16"/>
        </w:rPr>
        <w:t>düzeyindedir</w:t>
      </w:r>
      <w:proofErr w:type="spellEnd"/>
      <w:r>
        <w:rPr>
          <w:color w:val="505050"/>
          <w:sz w:val="16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5109987D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B8E66C6" w14:textId="77777777" w:rsidR="002A2056" w:rsidRDefault="00107C14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6. KAYNAK BİLGİSİ</w:t>
            </w:r>
          </w:p>
        </w:tc>
      </w:tr>
    </w:tbl>
    <w:p w14:paraId="782BD63D" w14:textId="77777777" w:rsidR="002A2056" w:rsidRDefault="00107C14">
      <w:pPr>
        <w:spacing w:before="60" w:after="120"/>
      </w:pPr>
      <w:proofErr w:type="spellStart"/>
      <w:r>
        <w:rPr>
          <w:i/>
          <w:color w:val="5A5A5A"/>
          <w:sz w:val="17"/>
        </w:rPr>
        <w:t>Kaynak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bilgileri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doldurulmadan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kayıt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yapılırsa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KGYS’de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kaynak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tahsisi</w:t>
      </w:r>
      <w:proofErr w:type="spellEnd"/>
      <w:r>
        <w:rPr>
          <w:i/>
          <w:color w:val="5A5A5A"/>
          <w:sz w:val="17"/>
        </w:rPr>
        <w:t xml:space="preserve"> “0” </w:t>
      </w:r>
      <w:proofErr w:type="spellStart"/>
      <w:r>
        <w:rPr>
          <w:i/>
          <w:color w:val="5A5A5A"/>
          <w:sz w:val="17"/>
        </w:rPr>
        <w:t>varsayılır</w:t>
      </w:r>
      <w:proofErr w:type="spellEnd"/>
      <w:r>
        <w:rPr>
          <w:i/>
          <w:color w:val="5A5A5A"/>
          <w:sz w:val="17"/>
        </w:rPr>
        <w:t xml:space="preserve">. </w:t>
      </w:r>
      <w:proofErr w:type="spellStart"/>
      <w:r>
        <w:rPr>
          <w:i/>
          <w:color w:val="5A5A5A"/>
          <w:sz w:val="17"/>
        </w:rPr>
        <w:t>Birden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fazla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bütçe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kalemi</w:t>
      </w:r>
      <w:proofErr w:type="spellEnd"/>
      <w:r>
        <w:rPr>
          <w:i/>
          <w:color w:val="5A5A5A"/>
          <w:sz w:val="17"/>
        </w:rPr>
        <w:t>/</w:t>
      </w:r>
      <w:proofErr w:type="spellStart"/>
      <w:r>
        <w:rPr>
          <w:i/>
          <w:color w:val="5A5A5A"/>
          <w:sz w:val="17"/>
        </w:rPr>
        <w:t>kaynak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varsa</w:t>
      </w:r>
      <w:proofErr w:type="spellEnd"/>
      <w:r>
        <w:rPr>
          <w:i/>
          <w:color w:val="5A5A5A"/>
          <w:sz w:val="17"/>
        </w:rPr>
        <w:t xml:space="preserve"> her </w:t>
      </w:r>
      <w:proofErr w:type="spellStart"/>
      <w:r>
        <w:rPr>
          <w:i/>
          <w:color w:val="5A5A5A"/>
          <w:sz w:val="17"/>
        </w:rPr>
        <w:t>biri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için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ayrı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satır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kullanınız</w:t>
      </w:r>
      <w:proofErr w:type="spellEnd"/>
      <w:r>
        <w:rPr>
          <w:i/>
          <w:color w:val="5A5A5A"/>
          <w:sz w:val="17"/>
        </w:rPr>
        <w:t>.</w:t>
      </w:r>
    </w:p>
    <w:p w14:paraId="44C6D267" w14:textId="77777777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t>Bütçe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Kalemi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2"/>
        <w:gridCol w:w="5294"/>
      </w:tblGrid>
      <w:tr w:rsidR="002A2056" w14:paraId="1B9D6803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829728" w14:textId="77777777" w:rsidR="002A2056" w:rsidRDefault="00E64D4C">
            <w:sdt>
              <w:sdtPr>
                <w:alias w:val="CHECK_3182"/>
                <w:tag w:val="CHECK_3182"/>
                <w:id w:val="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Personel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Giderleri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ED95ED" w14:textId="77777777" w:rsidR="002A2056" w:rsidRDefault="00E64D4C">
            <w:sdt>
              <w:sdtPr>
                <w:alias w:val="CHECK_3183"/>
                <w:tag w:val="CHECK_3183"/>
                <w:id w:val="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Seyahat</w:t>
            </w:r>
            <w:proofErr w:type="spellEnd"/>
            <w:r w:rsidR="00107C14">
              <w:rPr>
                <w:sz w:val="16"/>
              </w:rPr>
              <w:t xml:space="preserve">, </w:t>
            </w:r>
            <w:proofErr w:type="spellStart"/>
            <w:r w:rsidR="00107C14">
              <w:rPr>
                <w:sz w:val="16"/>
              </w:rPr>
              <w:t>Konaklama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Ulaşım</w:t>
            </w:r>
            <w:proofErr w:type="spellEnd"/>
          </w:p>
        </w:tc>
      </w:tr>
      <w:tr w:rsidR="002A2056" w14:paraId="5A04583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ABF670" w14:textId="77777777" w:rsidR="002A2056" w:rsidRDefault="00E64D4C">
            <w:sdt>
              <w:sdtPr>
                <w:alias w:val="CHECK_3184"/>
                <w:tag w:val="CHECK_3184"/>
                <w:id w:val="3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Eğitim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Etkinlik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Giderleri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19D4C4" w14:textId="77777777" w:rsidR="002A2056" w:rsidRDefault="00E64D4C">
            <w:sdt>
              <w:sdtPr>
                <w:alias w:val="CHECK_3185"/>
                <w:tag w:val="CHECK_3185"/>
                <w:id w:val="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Baskı</w:t>
            </w:r>
            <w:proofErr w:type="spellEnd"/>
            <w:r w:rsidR="00107C14">
              <w:rPr>
                <w:sz w:val="16"/>
              </w:rPr>
              <w:t xml:space="preserve">, </w:t>
            </w:r>
            <w:proofErr w:type="spellStart"/>
            <w:r w:rsidR="00107C14">
              <w:rPr>
                <w:sz w:val="16"/>
              </w:rPr>
              <w:t>Yayın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Tanıtım</w:t>
            </w:r>
            <w:proofErr w:type="spellEnd"/>
          </w:p>
        </w:tc>
      </w:tr>
      <w:tr w:rsidR="002A2056" w14:paraId="514F07C4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BA1D2F" w14:textId="77777777" w:rsidR="002A2056" w:rsidRDefault="00E64D4C">
            <w:sdt>
              <w:sdtPr>
                <w:alias w:val="CHECK_3186"/>
                <w:tag w:val="CHECK_3186"/>
                <w:id w:val="3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Kırtasiye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Sarf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Malzemeleri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FE8C09" w14:textId="77777777" w:rsidR="002A2056" w:rsidRDefault="00E64D4C">
            <w:sdt>
              <w:sdtPr>
                <w:alias w:val="CHECK_3187"/>
                <w:tag w:val="CHECK_3187"/>
                <w:id w:val="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Makine</w:t>
            </w:r>
            <w:proofErr w:type="spellEnd"/>
            <w:r w:rsidR="00107C14">
              <w:rPr>
                <w:sz w:val="16"/>
              </w:rPr>
              <w:t xml:space="preserve">, </w:t>
            </w:r>
            <w:proofErr w:type="spellStart"/>
            <w:r w:rsidR="00107C14">
              <w:rPr>
                <w:sz w:val="16"/>
              </w:rPr>
              <w:t>Teçhizat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Yazılım</w:t>
            </w:r>
            <w:proofErr w:type="spellEnd"/>
          </w:p>
        </w:tc>
      </w:tr>
      <w:tr w:rsidR="002A2056" w14:paraId="3163B34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E9C384" w14:textId="77777777" w:rsidR="002A2056" w:rsidRDefault="00E64D4C">
            <w:sdt>
              <w:sdtPr>
                <w:alias w:val="CHECK_3188"/>
                <w:tag w:val="CHECK_3188"/>
                <w:id w:val="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Hizmet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Alımları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5FE8C93" w14:textId="77777777" w:rsidR="002A2056" w:rsidRDefault="00E64D4C">
            <w:sdt>
              <w:sdtPr>
                <w:alias w:val="CHECK_3189"/>
                <w:tag w:val="CHECK_3189"/>
                <w:id w:val="3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Bilimsel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Yayın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Araştırma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Giderleri</w:t>
            </w:r>
            <w:proofErr w:type="spellEnd"/>
          </w:p>
        </w:tc>
      </w:tr>
      <w:tr w:rsidR="002A2056" w14:paraId="646CB2D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8E17665" w14:textId="77777777" w:rsidR="002A2056" w:rsidRDefault="00E64D4C">
            <w:sdt>
              <w:sdtPr>
                <w:alias w:val="CHECK_3190"/>
                <w:tag w:val="CHECK_3190"/>
                <w:id w:val="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Burs, </w:t>
            </w:r>
            <w:proofErr w:type="spellStart"/>
            <w:r w:rsidR="00107C14">
              <w:rPr>
                <w:sz w:val="16"/>
              </w:rPr>
              <w:t>Ödül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Teşvikler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87E518" w14:textId="77777777" w:rsidR="002A2056" w:rsidRDefault="00E64D4C">
            <w:sdt>
              <w:sdtPr>
                <w:alias w:val="CHECK_3191"/>
                <w:tag w:val="CHECK_3191"/>
                <w:id w:val="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>: ........................................</w:t>
            </w:r>
          </w:p>
        </w:tc>
      </w:tr>
    </w:tbl>
    <w:p w14:paraId="3915DC3D" w14:textId="3F10E72D" w:rsidR="002A2056" w:rsidRDefault="002A2056">
      <w:pPr>
        <w:spacing w:after="40"/>
      </w:pPr>
    </w:p>
    <w:p w14:paraId="06819147" w14:textId="33AF01CC" w:rsidR="002D4E97" w:rsidRDefault="002D4E97">
      <w:pPr>
        <w:spacing w:after="40"/>
      </w:pPr>
    </w:p>
    <w:p w14:paraId="5BE4C101" w14:textId="71CD31A8" w:rsidR="002D4E97" w:rsidRDefault="002D4E97">
      <w:pPr>
        <w:spacing w:after="40"/>
      </w:pPr>
    </w:p>
    <w:p w14:paraId="67F6E241" w14:textId="0552CAEF" w:rsidR="002D4E97" w:rsidRDefault="002D4E97">
      <w:pPr>
        <w:spacing w:after="40"/>
      </w:pPr>
    </w:p>
    <w:p w14:paraId="543FD4D7" w14:textId="77777777" w:rsidR="002D4E97" w:rsidRDefault="002D4E97">
      <w:pPr>
        <w:spacing w:after="40"/>
      </w:pPr>
      <w:bookmarkStart w:id="0" w:name="_GoBack"/>
      <w:bookmarkEnd w:id="0"/>
    </w:p>
    <w:p w14:paraId="16AEECD9" w14:textId="77777777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lastRenderedPageBreak/>
        <w:t>Finansman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Kaynağı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Seçenekleri</w:t>
      </w:r>
      <w:proofErr w:type="spell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4"/>
        <w:gridCol w:w="5292"/>
      </w:tblGrid>
      <w:tr w:rsidR="002A2056" w14:paraId="49BBB54E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C10EC2" w14:textId="77777777" w:rsidR="002A2056" w:rsidRDefault="00E64D4C">
            <w:sdt>
              <w:sdtPr>
                <w:alias w:val="CHECK_3192"/>
                <w:tag w:val="CHECK_3192"/>
                <w:id w:val="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Üniversite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Öz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Bütçesi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C5FFEB8" w14:textId="77777777" w:rsidR="002A2056" w:rsidRDefault="00E64D4C">
            <w:sdt>
              <w:sdtPr>
                <w:alias w:val="CHECK_3193"/>
                <w:tag w:val="CHECK_3193"/>
                <w:id w:val="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Döner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Sermaye</w:t>
            </w:r>
            <w:proofErr w:type="spellEnd"/>
          </w:p>
        </w:tc>
      </w:tr>
      <w:tr w:rsidR="002A2056" w14:paraId="581C681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2750B8" w14:textId="77777777" w:rsidR="002A2056" w:rsidRDefault="00E64D4C">
            <w:sdt>
              <w:sdtPr>
                <w:alias w:val="CHECK_3194"/>
                <w:tag w:val="CHECK_3194"/>
                <w:id w:val="3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Bilimsel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Araştırma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Projeleri</w:t>
            </w:r>
            <w:proofErr w:type="spellEnd"/>
            <w:r w:rsidR="00107C14">
              <w:rPr>
                <w:sz w:val="16"/>
              </w:rPr>
              <w:t xml:space="preserve"> (BAP)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508574" w14:textId="77777777" w:rsidR="002A2056" w:rsidRDefault="00E64D4C">
            <w:sdt>
              <w:sdtPr>
                <w:alias w:val="CHECK_3195"/>
                <w:tag w:val="CHECK_3195"/>
                <w:id w:val="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TÜBİTAK</w:t>
            </w:r>
          </w:p>
        </w:tc>
      </w:tr>
      <w:tr w:rsidR="002A2056" w14:paraId="7D16F0BD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D30A7C" w14:textId="77777777" w:rsidR="002A2056" w:rsidRDefault="00E64D4C">
            <w:sdt>
              <w:sdtPr>
                <w:alias w:val="CHECK_3196"/>
                <w:tag w:val="CHECK_3196"/>
                <w:id w:val="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Erasmus+</w:t>
            </w:r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460ABE" w14:textId="77777777" w:rsidR="002A2056" w:rsidRDefault="00E64D4C">
            <w:sdt>
              <w:sdtPr>
                <w:alias w:val="CHECK_3197"/>
                <w:tag w:val="CHECK_3197"/>
                <w:id w:val="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Avrupa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Birliği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Projesi</w:t>
            </w:r>
            <w:proofErr w:type="spellEnd"/>
          </w:p>
        </w:tc>
      </w:tr>
      <w:tr w:rsidR="002A2056" w14:paraId="2FB150B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E7B11" w14:textId="77777777" w:rsidR="002A2056" w:rsidRDefault="00E64D4C">
            <w:sdt>
              <w:sdtPr>
                <w:alias w:val="CHECK_3198"/>
                <w:tag w:val="CHECK_3198"/>
                <w:id w:val="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Kalkınma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Ajansı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64377B" w14:textId="77777777" w:rsidR="002A2056" w:rsidRDefault="00E64D4C">
            <w:sdt>
              <w:sdtPr>
                <w:alias w:val="CHECK_3199"/>
                <w:tag w:val="CHECK_3199"/>
                <w:id w:val="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Bakanlık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</w:tr>
      <w:tr w:rsidR="002A2056" w14:paraId="754D60E7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722697" w14:textId="77777777" w:rsidR="002A2056" w:rsidRDefault="00E64D4C">
            <w:sdt>
              <w:sdtPr>
                <w:alias w:val="CHECK_3200"/>
                <w:tag w:val="CHECK_3200"/>
                <w:id w:val="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Kamu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Kurumu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Desteği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3F4BD7" w14:textId="77777777" w:rsidR="002A2056" w:rsidRDefault="00E64D4C">
            <w:sdt>
              <w:sdtPr>
                <w:alias w:val="CHECK_3201"/>
                <w:tag w:val="CHECK_3201"/>
                <w:id w:val="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Özel Sektör / Sponsor</w:t>
            </w:r>
          </w:p>
        </w:tc>
      </w:tr>
      <w:tr w:rsidR="002A2056" w14:paraId="55E47B63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8B6A0A" w14:textId="77777777" w:rsidR="002A2056" w:rsidRDefault="00E64D4C">
            <w:sdt>
              <w:sdtPr>
                <w:alias w:val="CHECK_3202"/>
                <w:tag w:val="CHECK_3202"/>
                <w:id w:val="3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Bağış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6FDFAA" w14:textId="77777777" w:rsidR="002A2056" w:rsidRDefault="00E64D4C">
            <w:sdt>
              <w:sdtPr>
                <w:alias w:val="CHECK_3203"/>
                <w:tag w:val="CHECK_3203"/>
                <w:id w:val="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Katılım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Ücreti</w:t>
            </w:r>
            <w:proofErr w:type="spellEnd"/>
          </w:p>
        </w:tc>
      </w:tr>
      <w:tr w:rsidR="002A2056" w14:paraId="46C34826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5E5DC1" w14:textId="77777777" w:rsidR="002A2056" w:rsidRDefault="00E64D4C">
            <w:sdt>
              <w:sdtPr>
                <w:alias w:val="CHECK_3204"/>
                <w:tag w:val="CHECK_3204"/>
                <w:id w:val="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Diğer</w:t>
            </w:r>
            <w:proofErr w:type="spellEnd"/>
            <w:r w:rsidR="00107C14">
              <w:rPr>
                <w:sz w:val="16"/>
              </w:rPr>
              <w:t>: ........................................</w:t>
            </w:r>
          </w:p>
        </w:tc>
        <w:tc>
          <w:tcPr>
            <w:tcW w:w="5298" w:type="dxa"/>
            <w:shd w:val="clear" w:color="auto" w:fill="F7F7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3F9851" w14:textId="77777777" w:rsidR="002A2056" w:rsidRDefault="002A2056"/>
        </w:tc>
      </w:tr>
    </w:tbl>
    <w:p w14:paraId="4CB3A2DC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701"/>
        <w:gridCol w:w="2665"/>
        <w:gridCol w:w="2891"/>
      </w:tblGrid>
      <w:tr w:rsidR="002A2056" w14:paraId="7D51E5B6" w14:textId="77777777">
        <w:trPr>
          <w:tblHeader/>
          <w:jc w:val="center"/>
        </w:trPr>
        <w:tc>
          <w:tcPr>
            <w:tcW w:w="2268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7BAF96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Bütçe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Kalemi</w:t>
            </w:r>
            <w:proofErr w:type="spellEnd"/>
          </w:p>
        </w:tc>
        <w:tc>
          <w:tcPr>
            <w:tcW w:w="170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0BC2EA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Harcanan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Tutar</w:t>
            </w:r>
            <w:proofErr w:type="spellEnd"/>
          </w:p>
        </w:tc>
        <w:tc>
          <w:tcPr>
            <w:tcW w:w="2665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417868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Finansman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Kaynağı</w:t>
            </w:r>
            <w:proofErr w:type="spellEnd"/>
          </w:p>
        </w:tc>
        <w:tc>
          <w:tcPr>
            <w:tcW w:w="289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B4E8BF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Açıklama</w:t>
            </w:r>
            <w:proofErr w:type="spellEnd"/>
          </w:p>
        </w:tc>
      </w:tr>
      <w:tr w:rsidR="002A2056" w14:paraId="4675B614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E680E9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AEC45FC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459822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9EA240D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00C86A5F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D6EF50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CA7A5EE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957B71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AD920A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392371AC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3A55EBC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A3009D3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F5931F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B19D594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70A5402D" w14:textId="77777777">
        <w:trPr>
          <w:jc w:val="center"/>
        </w:trPr>
        <w:tc>
          <w:tcPr>
            <w:tcW w:w="2268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CCA456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8C92A59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665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86A472A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89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038DDE4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</w:tbl>
    <w:p w14:paraId="0E9C0213" w14:textId="77777777" w:rsidR="002A2056" w:rsidRDefault="002A2056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6463B32E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20852F8" w14:textId="77777777" w:rsidR="002A2056" w:rsidRDefault="00107C14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7. KANITLAR</w:t>
            </w:r>
          </w:p>
        </w:tc>
      </w:tr>
    </w:tbl>
    <w:p w14:paraId="5FDDE9AA" w14:textId="77777777" w:rsidR="002A2056" w:rsidRDefault="00107C14">
      <w:pPr>
        <w:spacing w:before="60" w:after="120"/>
      </w:pPr>
      <w:r>
        <w:rPr>
          <w:i/>
          <w:color w:val="5A5A5A"/>
          <w:sz w:val="17"/>
        </w:rPr>
        <w:t xml:space="preserve">Bu </w:t>
      </w:r>
      <w:proofErr w:type="spellStart"/>
      <w:r>
        <w:rPr>
          <w:i/>
          <w:color w:val="5A5A5A"/>
          <w:sz w:val="17"/>
        </w:rPr>
        <w:t>bölümde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yalnızca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KGYS’ye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yüklenecek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kanıtların</w:t>
      </w:r>
      <w:proofErr w:type="spellEnd"/>
      <w:r>
        <w:rPr>
          <w:i/>
          <w:color w:val="5A5A5A"/>
          <w:sz w:val="17"/>
        </w:rPr>
        <w:t xml:space="preserve"> PUKÖ </w:t>
      </w:r>
      <w:proofErr w:type="spellStart"/>
      <w:r>
        <w:rPr>
          <w:i/>
          <w:color w:val="5A5A5A"/>
          <w:sz w:val="17"/>
        </w:rPr>
        <w:t>aşaması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ve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dosya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bilgisi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alınmaktadır</w:t>
      </w:r>
      <w:proofErr w:type="spellEnd"/>
      <w:r>
        <w:rPr>
          <w:i/>
          <w:color w:val="5A5A5A"/>
          <w:sz w:val="17"/>
        </w:rPr>
        <w:t xml:space="preserve">. </w:t>
      </w:r>
      <w:proofErr w:type="spellStart"/>
      <w:r>
        <w:rPr>
          <w:i/>
          <w:color w:val="5A5A5A"/>
          <w:sz w:val="17"/>
        </w:rPr>
        <w:t>Ayrıntılı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Kanıt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Rehberi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ayrıca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hazırlanacaktır</w:t>
      </w:r>
      <w:proofErr w:type="spellEnd"/>
      <w:r>
        <w:rPr>
          <w:i/>
          <w:color w:val="5A5A5A"/>
          <w:sz w:val="17"/>
        </w:rPr>
        <w:t>.</w:t>
      </w:r>
    </w:p>
    <w:p w14:paraId="5F5A058F" w14:textId="77777777" w:rsidR="002A2056" w:rsidRDefault="00107C14">
      <w:pPr>
        <w:keepNext/>
        <w:spacing w:after="40"/>
      </w:pPr>
      <w:proofErr w:type="spellStart"/>
      <w:r>
        <w:rPr>
          <w:b/>
          <w:color w:val="1F4E78"/>
          <w:sz w:val="19"/>
        </w:rPr>
        <w:t>Kanıt</w:t>
      </w:r>
      <w:proofErr w:type="spellEnd"/>
      <w:r>
        <w:rPr>
          <w:b/>
          <w:color w:val="1F4E78"/>
          <w:sz w:val="19"/>
        </w:rPr>
        <w:t xml:space="preserve"> </w:t>
      </w:r>
      <w:proofErr w:type="spellStart"/>
      <w:r>
        <w:rPr>
          <w:b/>
          <w:color w:val="1F4E78"/>
          <w:sz w:val="19"/>
        </w:rPr>
        <w:t>Türü</w:t>
      </w:r>
      <w:proofErr w:type="spellEnd"/>
      <w:r>
        <w:rPr>
          <w:b/>
          <w:color w:val="1F4E78"/>
          <w:sz w:val="19"/>
        </w:rPr>
        <w:t xml:space="preserve"> / PUKÖ </w:t>
      </w:r>
      <w:proofErr w:type="spellStart"/>
      <w:r>
        <w:rPr>
          <w:b/>
          <w:color w:val="1F4E78"/>
          <w:sz w:val="19"/>
        </w:rPr>
        <w:t>Aşaması</w:t>
      </w:r>
      <w:proofErr w:type="spellEnd"/>
      <w:r>
        <w:rPr>
          <w:b/>
          <w:color w:val="1F4E78"/>
          <w:sz w:val="19"/>
        </w:rPr>
        <w:t xml:space="preserve"> *</w:t>
      </w:r>
      <w:r>
        <w:rPr>
          <w:i/>
          <w:color w:val="5A5A5A"/>
          <w:sz w:val="16"/>
        </w:rPr>
        <w:t xml:space="preserve">  Bir </w:t>
      </w:r>
      <w:proofErr w:type="spellStart"/>
      <w:r>
        <w:rPr>
          <w:i/>
          <w:color w:val="5A5A5A"/>
          <w:sz w:val="16"/>
        </w:rPr>
        <w:t>belge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birden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fazla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aşamayı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destekliyorsa</w:t>
      </w:r>
      <w:proofErr w:type="spellEnd"/>
      <w:r>
        <w:rPr>
          <w:i/>
          <w:color w:val="5A5A5A"/>
          <w:sz w:val="16"/>
        </w:rPr>
        <w:t xml:space="preserve"> her </w:t>
      </w:r>
      <w:proofErr w:type="spellStart"/>
      <w:r>
        <w:rPr>
          <w:i/>
          <w:color w:val="5A5A5A"/>
          <w:sz w:val="16"/>
        </w:rPr>
        <w:t>aşama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için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ayrı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kayıt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oluşturunuz</w:t>
      </w:r>
      <w:proofErr w:type="spellEnd"/>
      <w:r>
        <w:rPr>
          <w:i/>
          <w:color w:val="5A5A5A"/>
          <w:sz w:val="16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3"/>
        <w:gridCol w:w="5293"/>
      </w:tblGrid>
      <w:tr w:rsidR="002A2056" w14:paraId="49D3D1AB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B9420E2" w14:textId="77777777" w:rsidR="002A2056" w:rsidRDefault="00E64D4C">
            <w:sdt>
              <w:sdtPr>
                <w:alias w:val="CHECK_3205"/>
                <w:tag w:val="CHECK_3205"/>
                <w:id w:val="3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Planlama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BE4117" w14:textId="77777777" w:rsidR="002A2056" w:rsidRDefault="00E64D4C">
            <w:sdt>
              <w:sdtPr>
                <w:alias w:val="CHECK_3206"/>
                <w:tag w:val="CHECK_3206"/>
                <w:id w:val="3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Uygulama</w:t>
            </w:r>
            <w:proofErr w:type="spellEnd"/>
            <w:r w:rsidR="00107C14">
              <w:rPr>
                <w:sz w:val="16"/>
              </w:rPr>
              <w:t xml:space="preserve"> / </w:t>
            </w:r>
            <w:proofErr w:type="spellStart"/>
            <w:r w:rsidR="00107C14">
              <w:rPr>
                <w:sz w:val="16"/>
              </w:rPr>
              <w:t>Gerçekleşme</w:t>
            </w:r>
            <w:proofErr w:type="spellEnd"/>
          </w:p>
        </w:tc>
      </w:tr>
      <w:tr w:rsidR="002A2056" w14:paraId="561B79E8" w14:textId="77777777">
        <w:trPr>
          <w:jc w:val="center"/>
        </w:trPr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E1F5D71" w14:textId="77777777" w:rsidR="002A2056" w:rsidRDefault="00E64D4C">
            <w:sdt>
              <w:sdtPr>
                <w:alias w:val="CHECK_3207"/>
                <w:tag w:val="CHECK_3207"/>
                <w:id w:val="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Kontrol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ve</w:t>
            </w:r>
            <w:proofErr w:type="spellEnd"/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Değerlendirme</w:t>
            </w:r>
            <w:proofErr w:type="spellEnd"/>
          </w:p>
        </w:tc>
        <w:tc>
          <w:tcPr>
            <w:tcW w:w="5298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50AD76" w14:textId="77777777" w:rsidR="002A2056" w:rsidRDefault="00E64D4C">
            <w:sdt>
              <w:sdtPr>
                <w:alias w:val="CHECK_3208"/>
                <w:tag w:val="CHECK_3208"/>
                <w:id w:val="3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7C14">
                  <w:t>☐</w:t>
                </w:r>
              </w:sdtContent>
            </w:sdt>
            <w:r w:rsidR="00107C14">
              <w:rPr>
                <w:sz w:val="16"/>
              </w:rPr>
              <w:t xml:space="preserve"> </w:t>
            </w:r>
            <w:proofErr w:type="spellStart"/>
            <w:r w:rsidR="00107C14">
              <w:rPr>
                <w:sz w:val="16"/>
              </w:rPr>
              <w:t>Önlem</w:t>
            </w:r>
            <w:proofErr w:type="spellEnd"/>
            <w:r w:rsidR="00107C14">
              <w:rPr>
                <w:sz w:val="16"/>
              </w:rPr>
              <w:t xml:space="preserve"> Alma / </w:t>
            </w:r>
            <w:proofErr w:type="spellStart"/>
            <w:r w:rsidR="00107C14">
              <w:rPr>
                <w:sz w:val="16"/>
              </w:rPr>
              <w:t>İyileştirme</w:t>
            </w:r>
            <w:proofErr w:type="spellEnd"/>
          </w:p>
        </w:tc>
      </w:tr>
    </w:tbl>
    <w:p w14:paraId="7720A4CD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3402"/>
        <w:gridCol w:w="1701"/>
        <w:gridCol w:w="2041"/>
      </w:tblGrid>
      <w:tr w:rsidR="002A2056" w14:paraId="3584FAC6" w14:textId="77777777">
        <w:trPr>
          <w:tblHeader/>
          <w:jc w:val="center"/>
        </w:trPr>
        <w:tc>
          <w:tcPr>
            <w:tcW w:w="238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5F3F6A" w14:textId="77777777" w:rsidR="002A2056" w:rsidRDefault="00107C14">
            <w:pPr>
              <w:jc w:val="center"/>
            </w:pPr>
            <w:r>
              <w:rPr>
                <w:b/>
                <w:color w:val="FFFFFF"/>
                <w:sz w:val="16"/>
              </w:rPr>
              <w:t xml:space="preserve">PUKÖ </w:t>
            </w:r>
            <w:proofErr w:type="spellStart"/>
            <w:r>
              <w:rPr>
                <w:b/>
                <w:color w:val="FFFFFF"/>
                <w:sz w:val="16"/>
              </w:rPr>
              <w:t>Aşaması</w:t>
            </w:r>
            <w:proofErr w:type="spellEnd"/>
          </w:p>
        </w:tc>
        <w:tc>
          <w:tcPr>
            <w:tcW w:w="3402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10918F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Kanıt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Dosyası</w:t>
            </w:r>
            <w:proofErr w:type="spellEnd"/>
            <w:r>
              <w:rPr>
                <w:b/>
                <w:color w:val="FFFFFF"/>
                <w:sz w:val="16"/>
              </w:rPr>
              <w:t xml:space="preserve"> / </w:t>
            </w:r>
            <w:proofErr w:type="spellStart"/>
            <w:r>
              <w:rPr>
                <w:b/>
                <w:color w:val="FFFFFF"/>
                <w:sz w:val="16"/>
              </w:rPr>
              <w:t>Belge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Adı</w:t>
            </w:r>
            <w:proofErr w:type="spellEnd"/>
          </w:p>
        </w:tc>
        <w:tc>
          <w:tcPr>
            <w:tcW w:w="170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AD02CC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Dosya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Eklendi</w:t>
            </w:r>
            <w:proofErr w:type="spellEnd"/>
            <w:r>
              <w:rPr>
                <w:b/>
                <w:color w:val="FFFFFF"/>
                <w:sz w:val="16"/>
              </w:rPr>
              <w:t xml:space="preserve"> mi? (E/H)</w:t>
            </w:r>
          </w:p>
        </w:tc>
        <w:tc>
          <w:tcPr>
            <w:tcW w:w="2041" w:type="dxa"/>
            <w:shd w:val="clear" w:color="auto" w:fill="5B9BD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514305" w14:textId="77777777" w:rsidR="002A2056" w:rsidRDefault="00107C14">
            <w:pPr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Kısa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Açıklama</w:t>
            </w:r>
            <w:proofErr w:type="spellEnd"/>
          </w:p>
        </w:tc>
      </w:tr>
      <w:tr w:rsidR="002A2056" w14:paraId="724A48C6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9953D3E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5B6004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7F7A41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81F2BE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341026AB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D6C78C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8B203D4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4997D0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251B818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04AE560F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A84DF4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5C36FB1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A0C246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49E3A0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37C56DD4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F282443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203FBA0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D9086F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2565F6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76A2D3FF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13213A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EE8549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D7C2BD7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AACDB8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  <w:tr w:rsidR="002A2056" w14:paraId="271C0E81" w14:textId="77777777">
        <w:trPr>
          <w:jc w:val="center"/>
        </w:trPr>
        <w:tc>
          <w:tcPr>
            <w:tcW w:w="238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FABDAC4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3402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F4783A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170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3B53FE8" w14:textId="77777777" w:rsidR="002A2056" w:rsidRDefault="00107C14">
            <w:r>
              <w:rPr>
                <w:sz w:val="16"/>
              </w:rPr>
              <w:t xml:space="preserve"> </w:t>
            </w:r>
          </w:p>
        </w:tc>
        <w:tc>
          <w:tcPr>
            <w:tcW w:w="2041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618445" w14:textId="77777777" w:rsidR="002A2056" w:rsidRDefault="00107C14">
            <w:r>
              <w:rPr>
                <w:sz w:val="16"/>
              </w:rPr>
              <w:t xml:space="preserve"> </w:t>
            </w:r>
          </w:p>
        </w:tc>
      </w:tr>
    </w:tbl>
    <w:p w14:paraId="7A65309E" w14:textId="77777777" w:rsidR="002A2056" w:rsidRDefault="002A2056">
      <w:pPr>
        <w:spacing w:after="4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292"/>
        <w:gridCol w:w="5294"/>
      </w:tblGrid>
      <w:tr w:rsidR="002A2056" w14:paraId="7451FC83" w14:textId="77777777">
        <w:trPr>
          <w:jc w:val="center"/>
        </w:trPr>
        <w:tc>
          <w:tcPr>
            <w:tcW w:w="529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721BA" w14:textId="77777777" w:rsidR="002A2056" w:rsidRDefault="00107C14">
            <w:proofErr w:type="spellStart"/>
            <w:r>
              <w:rPr>
                <w:b/>
              </w:rPr>
              <w:t>Toplam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Katılımcı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Sayısı</w:t>
            </w:r>
            <w:proofErr w:type="spellEnd"/>
          </w:p>
        </w:tc>
        <w:tc>
          <w:tcPr>
            <w:tcW w:w="529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A587A8" w14:textId="77777777" w:rsidR="002A2056" w:rsidRDefault="00107C14">
            <w:r>
              <w:rPr>
                <w:color w:val="464646"/>
              </w:rPr>
              <w:t>................................................</w:t>
            </w:r>
          </w:p>
        </w:tc>
      </w:tr>
    </w:tbl>
    <w:p w14:paraId="08512E8C" w14:textId="77777777" w:rsidR="002A2056" w:rsidRDefault="002A2056">
      <w:pPr>
        <w:spacing w:after="40"/>
      </w:pPr>
    </w:p>
    <w:p w14:paraId="2D735533" w14:textId="77777777" w:rsidR="002A2056" w:rsidRDefault="00107C14">
      <w:pPr>
        <w:spacing w:after="120"/>
      </w:pPr>
      <w:r>
        <w:rPr>
          <w:i/>
          <w:color w:val="5A5A5A"/>
          <w:sz w:val="16"/>
        </w:rPr>
        <w:t xml:space="preserve">Not: Bu </w:t>
      </w:r>
      <w:proofErr w:type="spellStart"/>
      <w:r>
        <w:rPr>
          <w:i/>
          <w:color w:val="5A5A5A"/>
          <w:sz w:val="16"/>
        </w:rPr>
        <w:t>alan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mevcut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aşamada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boş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bırakılabilir</w:t>
      </w:r>
      <w:proofErr w:type="spellEnd"/>
      <w:r>
        <w:rPr>
          <w:i/>
          <w:color w:val="5A5A5A"/>
          <w:sz w:val="16"/>
        </w:rPr>
        <w:t xml:space="preserve">; </w:t>
      </w:r>
      <w:proofErr w:type="spellStart"/>
      <w:r>
        <w:rPr>
          <w:i/>
          <w:color w:val="5A5A5A"/>
          <w:sz w:val="16"/>
        </w:rPr>
        <w:t>ancak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faaliyet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KGYS’de</w:t>
      </w:r>
      <w:proofErr w:type="spellEnd"/>
      <w:r>
        <w:rPr>
          <w:i/>
          <w:color w:val="5A5A5A"/>
          <w:sz w:val="16"/>
        </w:rPr>
        <w:t xml:space="preserve"> “</w:t>
      </w:r>
      <w:proofErr w:type="spellStart"/>
      <w:r>
        <w:rPr>
          <w:i/>
          <w:color w:val="5A5A5A"/>
          <w:sz w:val="16"/>
        </w:rPr>
        <w:t>Tamamlandı</w:t>
      </w:r>
      <w:proofErr w:type="spellEnd"/>
      <w:r>
        <w:rPr>
          <w:i/>
          <w:color w:val="5A5A5A"/>
          <w:sz w:val="16"/>
        </w:rPr>
        <w:t xml:space="preserve">” </w:t>
      </w:r>
      <w:proofErr w:type="spellStart"/>
      <w:r>
        <w:rPr>
          <w:i/>
          <w:color w:val="5A5A5A"/>
          <w:sz w:val="16"/>
        </w:rPr>
        <w:t>olarak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işaretlenecekse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doldurulması</w:t>
      </w:r>
      <w:proofErr w:type="spellEnd"/>
      <w:r>
        <w:rPr>
          <w:i/>
          <w:color w:val="5A5A5A"/>
          <w:sz w:val="16"/>
        </w:rPr>
        <w:t xml:space="preserve"> </w:t>
      </w:r>
      <w:proofErr w:type="spellStart"/>
      <w:r>
        <w:rPr>
          <w:i/>
          <w:color w:val="5A5A5A"/>
          <w:sz w:val="16"/>
        </w:rPr>
        <w:t>zorunludur</w:t>
      </w:r>
      <w:proofErr w:type="spellEnd"/>
      <w:r>
        <w:rPr>
          <w:i/>
          <w:color w:val="5A5A5A"/>
          <w:sz w:val="16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A2056" w14:paraId="3D1C447C" w14:textId="77777777">
        <w:trPr>
          <w:jc w:val="center"/>
        </w:trPr>
        <w:tc>
          <w:tcPr>
            <w:tcW w:w="10596" w:type="dxa"/>
            <w:shd w:val="clear" w:color="auto" w:fill="1F4E7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C98630A" w14:textId="77777777" w:rsidR="002A2056" w:rsidRDefault="00107C14">
            <w:pPr>
              <w:spacing w:after="0" w:line="240" w:lineRule="auto"/>
            </w:pPr>
            <w:r>
              <w:rPr>
                <w:b/>
                <w:color w:val="FFFFFF"/>
                <w:sz w:val="24"/>
              </w:rPr>
              <w:t>8. BİLDİRİM VE KGYS’YE AKTARIM BİLGİLERİ</w:t>
            </w:r>
          </w:p>
        </w:tc>
      </w:tr>
    </w:tbl>
    <w:p w14:paraId="007C1853" w14:textId="77777777" w:rsidR="002A2056" w:rsidRDefault="00107C14">
      <w:pPr>
        <w:spacing w:before="60" w:after="120"/>
      </w:pPr>
      <w:r>
        <w:rPr>
          <w:i/>
          <w:color w:val="5A5A5A"/>
          <w:sz w:val="17"/>
        </w:rPr>
        <w:t xml:space="preserve">Bu </w:t>
      </w:r>
      <w:proofErr w:type="spellStart"/>
      <w:r>
        <w:rPr>
          <w:i/>
          <w:color w:val="5A5A5A"/>
          <w:sz w:val="17"/>
        </w:rPr>
        <w:t>bölüm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formun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kurumsal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dolaşımını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izlemek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içindir</w:t>
      </w:r>
      <w:proofErr w:type="spellEnd"/>
      <w:r>
        <w:rPr>
          <w:i/>
          <w:color w:val="5A5A5A"/>
          <w:sz w:val="17"/>
        </w:rPr>
        <w:t xml:space="preserve">; KGYS </w:t>
      </w:r>
      <w:proofErr w:type="spellStart"/>
      <w:r>
        <w:rPr>
          <w:i/>
          <w:color w:val="5A5A5A"/>
          <w:sz w:val="17"/>
        </w:rPr>
        <w:t>faaliyet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alanlarından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bağımsız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operasyonel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kayıt</w:t>
      </w:r>
      <w:proofErr w:type="spellEnd"/>
      <w:r>
        <w:rPr>
          <w:i/>
          <w:color w:val="5A5A5A"/>
          <w:sz w:val="17"/>
        </w:rPr>
        <w:t xml:space="preserve"> </w:t>
      </w:r>
      <w:proofErr w:type="spellStart"/>
      <w:r>
        <w:rPr>
          <w:i/>
          <w:color w:val="5A5A5A"/>
          <w:sz w:val="17"/>
        </w:rPr>
        <w:t>niteliğindedir</w:t>
      </w:r>
      <w:proofErr w:type="spellEnd"/>
      <w:r>
        <w:rPr>
          <w:i/>
          <w:color w:val="5A5A5A"/>
          <w:sz w:val="17"/>
        </w:rP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235"/>
        <w:gridCol w:w="6351"/>
      </w:tblGrid>
      <w:tr w:rsidR="002A2056" w14:paraId="080CB1D4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B8BC24" w14:textId="77777777" w:rsidR="002A2056" w:rsidRDefault="00107C14">
            <w:proofErr w:type="spellStart"/>
            <w:r>
              <w:rPr>
                <w:b/>
              </w:rPr>
              <w:t>Bildirim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169988" w14:textId="77777777" w:rsidR="002A2056" w:rsidRDefault="00107C14">
            <w:r>
              <w:rPr>
                <w:color w:val="464646"/>
              </w:rPr>
              <w:t>...... / ...... / 20......</w:t>
            </w:r>
          </w:p>
        </w:tc>
      </w:tr>
      <w:tr w:rsidR="002A2056" w14:paraId="5E045282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EC710" w14:textId="77777777" w:rsidR="002A2056" w:rsidRDefault="00107C14">
            <w:r>
              <w:rPr>
                <w:b/>
              </w:rPr>
              <w:t xml:space="preserve">KGYS </w:t>
            </w:r>
            <w:proofErr w:type="spellStart"/>
            <w:r>
              <w:rPr>
                <w:b/>
              </w:rPr>
              <w:t>Birim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Faaliyet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Giriş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Sorumlusu</w:t>
            </w:r>
            <w:proofErr w:type="spellEnd"/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F7A1BB" w14:textId="77777777" w:rsidR="002A2056" w:rsidRDefault="00107C14">
            <w:proofErr w:type="spellStart"/>
            <w:r>
              <w:rPr>
                <w:color w:val="464646"/>
              </w:rPr>
              <w:t>Ad</w:t>
            </w:r>
            <w:proofErr w:type="spellEnd"/>
            <w:r>
              <w:rPr>
                <w:color w:val="464646"/>
              </w:rPr>
              <w:t xml:space="preserve"> </w:t>
            </w:r>
            <w:proofErr w:type="spellStart"/>
            <w:r>
              <w:rPr>
                <w:color w:val="464646"/>
              </w:rPr>
              <w:t>Soyad</w:t>
            </w:r>
            <w:proofErr w:type="spellEnd"/>
            <w:r>
              <w:rPr>
                <w:color w:val="464646"/>
              </w:rPr>
              <w:t>: ...............................................................................................................</w:t>
            </w:r>
          </w:p>
        </w:tc>
      </w:tr>
      <w:tr w:rsidR="002A2056" w14:paraId="1018CFB1" w14:textId="77777777" w:rsidTr="00EB295C">
        <w:trPr>
          <w:jc w:val="center"/>
        </w:trPr>
        <w:tc>
          <w:tcPr>
            <w:tcW w:w="439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DE1B51" w14:textId="77777777" w:rsidR="002A2056" w:rsidRDefault="00107C14">
            <w:proofErr w:type="spellStart"/>
            <w:r>
              <w:rPr>
                <w:b/>
              </w:rPr>
              <w:t>KGYS’ye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Aktarım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</w:p>
        </w:tc>
        <w:tc>
          <w:tcPr>
            <w:tcW w:w="638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AE750" w14:textId="77777777" w:rsidR="002A2056" w:rsidRDefault="00107C14">
            <w:r>
              <w:rPr>
                <w:color w:val="464646"/>
              </w:rPr>
              <w:t>...... / ...... / 20......</w:t>
            </w:r>
          </w:p>
        </w:tc>
      </w:tr>
    </w:tbl>
    <w:p w14:paraId="22E474DF" w14:textId="77777777" w:rsidR="002A2056" w:rsidRDefault="002A2056">
      <w:pPr>
        <w:spacing w:after="40"/>
      </w:pPr>
    </w:p>
    <w:p w14:paraId="31645200" w14:textId="77777777" w:rsidR="002A2056" w:rsidRDefault="00107C14">
      <w:pPr>
        <w:spacing w:before="80" w:after="40"/>
      </w:pPr>
      <w:r>
        <w:rPr>
          <w:b/>
          <w:color w:val="C00000"/>
        </w:rPr>
        <w:lastRenderedPageBreak/>
        <w:t>BİLDİRİM NOTU</w:t>
      </w:r>
    </w:p>
    <w:p w14:paraId="70AA8C4F" w14:textId="77777777" w:rsidR="002A2056" w:rsidRDefault="00107C14">
      <w:pPr>
        <w:spacing w:after="0"/>
      </w:pPr>
      <w:r>
        <w:rPr>
          <w:sz w:val="17"/>
        </w:rPr>
        <w:t xml:space="preserve">Bu </w:t>
      </w:r>
      <w:proofErr w:type="spellStart"/>
      <w:r>
        <w:rPr>
          <w:sz w:val="17"/>
        </w:rPr>
        <w:t>formda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yer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alan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faaliyet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bilgileri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kanıtlar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faaliyeti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bildiren</w:t>
      </w:r>
      <w:proofErr w:type="spellEnd"/>
      <w:r>
        <w:rPr>
          <w:sz w:val="17"/>
        </w:rPr>
        <w:t>/</w:t>
      </w:r>
      <w:proofErr w:type="spellStart"/>
      <w:r>
        <w:rPr>
          <w:sz w:val="17"/>
        </w:rPr>
        <w:t>sorumlu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birim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veya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kişi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tarafından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sağlanır</w:t>
      </w:r>
      <w:proofErr w:type="spellEnd"/>
      <w:r>
        <w:rPr>
          <w:sz w:val="17"/>
        </w:rPr>
        <w:t xml:space="preserve">. KGYS </w:t>
      </w:r>
      <w:proofErr w:type="spellStart"/>
      <w:r>
        <w:rPr>
          <w:sz w:val="17"/>
        </w:rPr>
        <w:t>Birim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Faaliyet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Giriş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Sorumlusu</w:t>
      </w:r>
      <w:proofErr w:type="spellEnd"/>
      <w:r>
        <w:rPr>
          <w:sz w:val="17"/>
        </w:rPr>
        <w:t xml:space="preserve">, </w:t>
      </w:r>
      <w:proofErr w:type="spellStart"/>
      <w:r>
        <w:rPr>
          <w:sz w:val="17"/>
        </w:rPr>
        <w:t>kendisine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iletilen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bilgilerin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sistem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üzerindeki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veri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giriş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ve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güncellik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takibini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yürütür</w:t>
      </w:r>
      <w:proofErr w:type="spellEnd"/>
      <w:r>
        <w:rPr>
          <w:sz w:val="17"/>
        </w:rPr>
        <w:t xml:space="preserve">; </w:t>
      </w:r>
      <w:proofErr w:type="spellStart"/>
      <w:r>
        <w:rPr>
          <w:sz w:val="17"/>
        </w:rPr>
        <w:t>faaliyetin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içeriğine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ilişkin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sorumluluk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ilgili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faaliyet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sorumlularına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aittir</w:t>
      </w:r>
      <w:proofErr w:type="spellEnd"/>
      <w:r>
        <w:rPr>
          <w:sz w:val="17"/>
        </w:rPr>
        <w:t>.</w:t>
      </w:r>
    </w:p>
    <w:sectPr w:rsidR="002A2056" w:rsidSect="00034616">
      <w:headerReference w:type="default" r:id="rId8"/>
      <w:footerReference w:type="default" r:id="rId9"/>
      <w:pgSz w:w="12240" w:h="15840"/>
      <w:pgMar w:top="765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AC08F" w14:textId="77777777" w:rsidR="00E64D4C" w:rsidRDefault="00E64D4C">
      <w:pPr>
        <w:spacing w:after="0" w:line="240" w:lineRule="auto"/>
      </w:pPr>
      <w:r>
        <w:separator/>
      </w:r>
    </w:p>
  </w:endnote>
  <w:endnote w:type="continuationSeparator" w:id="0">
    <w:p w14:paraId="19DC6D1F" w14:textId="77777777" w:rsidR="00E64D4C" w:rsidRDefault="00E6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92EDB" w14:textId="77777777" w:rsidR="002A2056" w:rsidRDefault="00107C14">
    <w:pPr>
      <w:pStyle w:val="AltBilgi"/>
      <w:jc w:val="center"/>
    </w:pPr>
    <w:proofErr w:type="spellStart"/>
    <w:r>
      <w:rPr>
        <w:sz w:val="16"/>
      </w:rPr>
      <w:t>Sayfa</w:t>
    </w:r>
    <w:proofErr w:type="spellEnd"/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EB295C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B71A4" w14:textId="77777777" w:rsidR="00E64D4C" w:rsidRDefault="00E64D4C">
      <w:pPr>
        <w:spacing w:after="0" w:line="240" w:lineRule="auto"/>
      </w:pPr>
      <w:r>
        <w:separator/>
      </w:r>
    </w:p>
  </w:footnote>
  <w:footnote w:type="continuationSeparator" w:id="0">
    <w:p w14:paraId="63116580" w14:textId="77777777" w:rsidR="00E64D4C" w:rsidRDefault="00E6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22A62" w14:textId="77777777" w:rsidR="002A2056" w:rsidRDefault="00107C14">
    <w:pPr>
      <w:pStyle w:val="stBilgi"/>
      <w:jc w:val="right"/>
    </w:pPr>
    <w:r>
      <w:rPr>
        <w:b/>
        <w:color w:val="1F4E78"/>
        <w:sz w:val="16"/>
      </w:rPr>
      <w:t>TRABZON ÜNİVERSİTESİ | KGYS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C54"/>
    <w:rsid w:val="0006063C"/>
    <w:rsid w:val="00107C14"/>
    <w:rsid w:val="0015074B"/>
    <w:rsid w:val="0029639D"/>
    <w:rsid w:val="002A2056"/>
    <w:rsid w:val="002D4E97"/>
    <w:rsid w:val="00324978"/>
    <w:rsid w:val="00326F90"/>
    <w:rsid w:val="00471BF5"/>
    <w:rsid w:val="00537FAC"/>
    <w:rsid w:val="006C727E"/>
    <w:rsid w:val="006D277E"/>
    <w:rsid w:val="00746B76"/>
    <w:rsid w:val="007524CA"/>
    <w:rsid w:val="00887E4B"/>
    <w:rsid w:val="009B0723"/>
    <w:rsid w:val="00A83B8D"/>
    <w:rsid w:val="00AA1D8D"/>
    <w:rsid w:val="00AB31FA"/>
    <w:rsid w:val="00B22CB2"/>
    <w:rsid w:val="00B47730"/>
    <w:rsid w:val="00C85C25"/>
    <w:rsid w:val="00CB0664"/>
    <w:rsid w:val="00DF3140"/>
    <w:rsid w:val="00E42E4C"/>
    <w:rsid w:val="00E64D4C"/>
    <w:rsid w:val="00EB295C"/>
    <w:rsid w:val="00FA2627"/>
    <w:rsid w:val="00FC693F"/>
    <w:rsid w:val="00FD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90B490"/>
  <w14:defaultImageDpi w14:val="300"/>
  <w15:docId w15:val="{7734BB22-1829-4AB6-937F-0E77070A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C849BE-B6FB-46BD-865D-B73866EC6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1626</Words>
  <Characters>9273</Characters>
  <Application>Microsoft Office Word</Application>
  <DocSecurity>0</DocSecurity>
  <Lines>77</Lines>
  <Paragraphs>21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KGYS Faaliyet Veri Bildirim Formu</vt:lpstr>
      <vt:lpstr/>
    </vt:vector>
  </TitlesOfParts>
  <Manager/>
  <Company/>
  <LinksUpToDate>false</LinksUpToDate>
  <CharactersWithSpaces>10878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KGYS Faaliyet Veri Bildirim Formu</dc:title>
  <dc:subject>Trabzon Üniversitesi Kalite Güvence Yönetim Sistemi Faaliyet Veri Bildirim Formu</dc:subject>
  <dc:creator>Trabzon Üniversitesi</dc:creator>
  <cp:keywords>KGYS, faaliyet, veri bildirim formu, kalite güvencesi</cp:keywords>
  <dc:description>generated by python-docx</dc:description>
  <cp:lastModifiedBy>CAFER YUNUS ÖZKURT</cp:lastModifiedBy>
  <cp:revision>3</cp:revision>
  <dcterms:created xsi:type="dcterms:W3CDTF">2026-09-14T09:20:00Z</dcterms:created>
  <dcterms:modified xsi:type="dcterms:W3CDTF">2026-09-14T09:53:00Z</dcterms:modified>
  <cp:category/>
</cp:coreProperties>
</file>