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17B85" w14:textId="77777777" w:rsidR="002A2056" w:rsidRDefault="001C6D6D">
      <w:pPr>
        <w:spacing w:after="60"/>
        <w:jc w:val="center"/>
      </w:pPr>
      <w:bookmarkStart w:id="0" w:name="_GoBack"/>
      <w:bookmarkEnd w:id="0"/>
      <w:r>
        <w:rPr>
          <w:b/>
          <w:color w:val="1F4E78"/>
          <w:sz w:val="30"/>
        </w:rPr>
        <w:t>TRABZON ÜNİVERSİTESİ</w:t>
      </w:r>
    </w:p>
    <w:p w14:paraId="7FFCA010" w14:textId="77777777" w:rsidR="002A2056" w:rsidRDefault="001C6D6D">
      <w:pPr>
        <w:spacing w:after="40"/>
        <w:jc w:val="center"/>
      </w:pPr>
      <w:r>
        <w:rPr>
          <w:b/>
          <w:sz w:val="24"/>
        </w:rPr>
        <w:t>KALİTE GÜVENCE YÖNETİM SİSTEMİ (KGYS)</w:t>
      </w:r>
    </w:p>
    <w:p w14:paraId="199584AB" w14:textId="77777777" w:rsidR="002A2056" w:rsidRDefault="001C6D6D">
      <w:pPr>
        <w:spacing w:after="180"/>
        <w:jc w:val="center"/>
      </w:pPr>
      <w:r>
        <w:rPr>
          <w:b/>
          <w:color w:val="C00000"/>
          <w:sz w:val="34"/>
        </w:rPr>
        <w:t>FAALİYET VERİ BİLDİRİM FORMU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A2056" w14:paraId="655C19E9" w14:textId="77777777">
        <w:tc>
          <w:tcPr>
            <w:tcW w:w="10596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80F5B88" w14:textId="77777777" w:rsidR="002A2056" w:rsidRDefault="001C6D6D">
            <w:pPr>
              <w:spacing w:after="0" w:line="240" w:lineRule="auto"/>
            </w:pPr>
            <w:r>
              <w:rPr>
                <w:b/>
                <w:color w:val="1F4E78"/>
                <w:sz w:val="19"/>
              </w:rPr>
              <w:t>KULLANIM AMACI VE DOLDURMA KURALI</w:t>
            </w:r>
          </w:p>
          <w:p w14:paraId="203727DB" w14:textId="77777777" w:rsidR="002A2056" w:rsidRDefault="001C6D6D">
            <w:pPr>
              <w:spacing w:after="0" w:line="240" w:lineRule="auto"/>
            </w:pPr>
            <w:r>
              <w:rPr>
                <w:sz w:val="17"/>
              </w:rPr>
              <w:t xml:space="preserve">• Bu form, gerçekleştirilecek/gerçekleştirilen faaliyete ilişkin bilgilerin KGYS Birim Faaliyet Giriş Sorumlusuna eksiksiz ve </w:t>
            </w:r>
            <w:r>
              <w:rPr>
                <w:sz w:val="17"/>
              </w:rPr>
              <w:t>standart biçimde iletilmesi amacıyla hazırlanmıştır.</w:t>
            </w:r>
          </w:p>
          <w:p w14:paraId="7F00BFEA" w14:textId="77777777" w:rsidR="002A2056" w:rsidRDefault="001C6D6D">
            <w:pPr>
              <w:spacing w:after="0" w:line="240" w:lineRule="auto"/>
            </w:pPr>
            <w:r>
              <w:rPr>
                <w:sz w:val="17"/>
              </w:rPr>
              <w:t>• “*” ile işaretli alanlar KGYS ekranında zorunlu alanlardır. Seçimli alanlarda uygun kutuyu işaretleyiniz. Birden fazla kayıt girilebilen alanlarda gerekli sayıda satırı doldurunuz.</w:t>
            </w:r>
          </w:p>
          <w:p w14:paraId="6B94FBF3" w14:textId="77777777" w:rsidR="002A2056" w:rsidRDefault="001C6D6D">
            <w:pPr>
              <w:spacing w:after="0" w:line="240" w:lineRule="auto"/>
              <w:rPr>
                <w:sz w:val="17"/>
              </w:rPr>
            </w:pPr>
            <w:r>
              <w:rPr>
                <w:sz w:val="17"/>
              </w:rPr>
              <w:t xml:space="preserve">• Formdaki bilgiler </w:t>
            </w:r>
            <w:r>
              <w:rPr>
                <w:sz w:val="17"/>
              </w:rPr>
              <w:t>faaliyet sorumlusu/ilgili birim tarafından hazırlanır; Birim Faaliyet Giriş Sorumlusu bu bilgileri KGYS’ye aktarır.</w:t>
            </w:r>
          </w:p>
          <w:p w14:paraId="5ACF7F86" w14:textId="77777777" w:rsidR="00B22CB2" w:rsidRDefault="00B22CB2">
            <w:pPr>
              <w:spacing w:after="0" w:line="240" w:lineRule="auto"/>
            </w:pPr>
          </w:p>
        </w:tc>
      </w:tr>
    </w:tbl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782"/>
        <w:gridCol w:w="6856"/>
      </w:tblGrid>
      <w:tr w:rsidR="002A2056" w14:paraId="5CAB91E8" w14:textId="77777777" w:rsidTr="00EB295C">
        <w:trPr>
          <w:jc w:val="center"/>
        </w:trPr>
        <w:tc>
          <w:tcPr>
            <w:tcW w:w="278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5ADE82" w14:textId="77777777" w:rsidR="002A2056" w:rsidRDefault="001C6D6D">
            <w:r>
              <w:rPr>
                <w:b/>
              </w:rPr>
              <w:t>Formu Hazırlayan / İleten Kişi</w:t>
            </w:r>
          </w:p>
        </w:tc>
        <w:tc>
          <w:tcPr>
            <w:tcW w:w="68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16D30E" w14:textId="77777777" w:rsidR="002A2056" w:rsidRDefault="002A2056"/>
        </w:tc>
      </w:tr>
      <w:tr w:rsidR="002A2056" w14:paraId="4F39DF88" w14:textId="77777777" w:rsidTr="00EB295C">
        <w:trPr>
          <w:jc w:val="center"/>
        </w:trPr>
        <w:tc>
          <w:tcPr>
            <w:tcW w:w="278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09589C" w14:textId="77777777" w:rsidR="002A2056" w:rsidRDefault="001C6D6D">
            <w:r>
              <w:rPr>
                <w:b/>
              </w:rPr>
              <w:t>Tarih</w:t>
            </w:r>
          </w:p>
        </w:tc>
        <w:tc>
          <w:tcPr>
            <w:tcW w:w="68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991EA8" w14:textId="77777777" w:rsidR="002A2056" w:rsidRDefault="00EB295C">
            <w:r>
              <w:rPr>
                <w:color w:val="464646"/>
              </w:rPr>
              <w:t xml:space="preserve">      /    / 2026</w:t>
            </w:r>
          </w:p>
        </w:tc>
      </w:tr>
    </w:tbl>
    <w:p w14:paraId="7A414FB3" w14:textId="77777777" w:rsidR="002A2056" w:rsidRDefault="002A2056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081A4FF1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9B8A6D" w14:textId="77777777" w:rsidR="002A2056" w:rsidRDefault="001C6D6D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1. TEMEL BİLGİLER</w:t>
            </w:r>
          </w:p>
        </w:tc>
      </w:tr>
    </w:tbl>
    <w:p w14:paraId="747989F1" w14:textId="77777777" w:rsidR="002A2056" w:rsidRDefault="001C6D6D">
      <w:pPr>
        <w:spacing w:before="60" w:after="120"/>
      </w:pPr>
      <w:r>
        <w:rPr>
          <w:i/>
          <w:color w:val="5A5A5A"/>
          <w:sz w:val="17"/>
        </w:rPr>
        <w:t>KGYS &gt; Faaliyet Girişi &gt; Temel Bilgiler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204"/>
        <w:gridCol w:w="6382"/>
      </w:tblGrid>
      <w:tr w:rsidR="002A2056" w14:paraId="3606E7B4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DE7FF" w14:textId="77777777" w:rsidR="002A2056" w:rsidRDefault="001C6D6D">
            <w:r>
              <w:rPr>
                <w:b/>
              </w:rPr>
              <w:t>Faaliyeti Girdiğiniz</w:t>
            </w:r>
            <w:r>
              <w:rPr>
                <w:b/>
              </w:rPr>
              <w:t xml:space="preserve"> Birim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AA0ECF" w14:textId="77777777" w:rsidR="002A2056" w:rsidRDefault="001C6D6D">
            <w:sdt>
              <w:sdtPr>
                <w:alias w:val="FAALIYET_BIRIMI"/>
                <w:tag w:val="FAALIYET_BIRIMI"/>
                <w:id w:val="3209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  <w:tr w:rsidR="002A2056" w14:paraId="77EE10B3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F3A953" w14:textId="77777777" w:rsidR="002A2056" w:rsidRDefault="001C6D6D">
            <w:r>
              <w:rPr>
                <w:b/>
              </w:rPr>
              <w:t>Faaliyet Adı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3B330" w14:textId="77777777" w:rsidR="002A2056" w:rsidRDefault="001C6D6D">
            <w:r>
              <w:rPr>
                <w:color w:val="464646"/>
              </w:rPr>
              <w:t>............................................................................................................................</w:t>
            </w:r>
          </w:p>
        </w:tc>
      </w:tr>
      <w:tr w:rsidR="002A2056" w14:paraId="4B605A9A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03A22F" w14:textId="77777777" w:rsidR="002A2056" w:rsidRDefault="001C6D6D">
            <w:r>
              <w:rPr>
                <w:b/>
              </w:rPr>
              <w:t>Faaliyet Açıklaması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71A1FE" w14:textId="77777777" w:rsidR="002A2056" w:rsidRDefault="001C6D6D">
            <w:r>
              <w:rPr>
                <w:color w:val="464646"/>
              </w:rPr>
              <w:t>............................................................................................................................</w:t>
            </w:r>
            <w:r>
              <w:rPr>
                <w:color w:val="464646"/>
              </w:rPr>
              <w:br/>
              <w:t>............................................................................................................................</w:t>
            </w:r>
          </w:p>
        </w:tc>
      </w:tr>
      <w:tr w:rsidR="002A2056" w14:paraId="102D91BE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80A1CF" w14:textId="77777777" w:rsidR="002A2056" w:rsidRDefault="001C6D6D">
            <w:r>
              <w:rPr>
                <w:b/>
              </w:rPr>
              <w:t>Planl</w:t>
            </w:r>
            <w:r>
              <w:rPr>
                <w:b/>
              </w:rPr>
              <w:t>anan Başlangıç Tarihi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CC5033" w14:textId="77777777" w:rsidR="002A2056" w:rsidRDefault="001C6D6D">
            <w:r>
              <w:rPr>
                <w:color w:val="464646"/>
              </w:rPr>
              <w:t>...... / ...... / 20......</w:t>
            </w:r>
          </w:p>
        </w:tc>
      </w:tr>
      <w:tr w:rsidR="002A2056" w14:paraId="122E8C90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CD800" w14:textId="77777777" w:rsidR="002A2056" w:rsidRDefault="001C6D6D">
            <w:r>
              <w:rPr>
                <w:b/>
              </w:rPr>
              <w:t>Planlanan Bitiş Tarihi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3757C3" w14:textId="77777777" w:rsidR="002A2056" w:rsidRDefault="001C6D6D">
            <w:r>
              <w:rPr>
                <w:color w:val="464646"/>
              </w:rPr>
              <w:t>...... / ...... / 20......</w:t>
            </w:r>
          </w:p>
        </w:tc>
      </w:tr>
    </w:tbl>
    <w:p w14:paraId="1ED3370C" w14:textId="77777777" w:rsidR="002A2056" w:rsidRDefault="002A2056">
      <w:pPr>
        <w:spacing w:after="40"/>
      </w:pPr>
    </w:p>
    <w:p w14:paraId="27F38CD2" w14:textId="77777777" w:rsidR="002A2056" w:rsidRDefault="001C6D6D">
      <w:pPr>
        <w:keepNext/>
        <w:spacing w:after="40"/>
      </w:pPr>
      <w:r>
        <w:rPr>
          <w:b/>
          <w:color w:val="1F4E78"/>
          <w:sz w:val="19"/>
        </w:rPr>
        <w:t>Faaliyet Türü *</w:t>
      </w:r>
      <w:r>
        <w:rPr>
          <w:i/>
          <w:color w:val="5A5A5A"/>
          <w:sz w:val="16"/>
        </w:rPr>
        <w:t xml:space="preserve">  Bir seçenek işaretleyiniz.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3"/>
        <w:gridCol w:w="5293"/>
      </w:tblGrid>
      <w:tr w:rsidR="002A2056" w14:paraId="33D30272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6E1660" w14:textId="77777777" w:rsidR="002A2056" w:rsidRDefault="001C6D6D">
            <w:sdt>
              <w:sdtPr>
                <w:alias w:val="CHECK_3004"/>
                <w:tag w:val="CHECK_3004"/>
                <w:id w:val="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Toplantı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5D42A8" w14:textId="77777777" w:rsidR="002A2056" w:rsidRDefault="001C6D6D">
            <w:sdt>
              <w:sdtPr>
                <w:alias w:val="CHECK_3005"/>
                <w:tag w:val="CHECK_3005"/>
                <w:id w:val="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Bilgilendirme Toplantısı</w:t>
            </w:r>
          </w:p>
        </w:tc>
      </w:tr>
      <w:tr w:rsidR="002A2056" w14:paraId="230A0C3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1199F8" w14:textId="77777777" w:rsidR="002A2056" w:rsidRDefault="001C6D6D">
            <w:sdt>
              <w:sdtPr>
                <w:alias w:val="CHECK_3006"/>
                <w:tag w:val="CHECK_3006"/>
                <w:id w:val="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Kurul/Komisyon Toplantısı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B4C8EAB" w14:textId="77777777" w:rsidR="002A2056" w:rsidRDefault="001C6D6D">
            <w:sdt>
              <w:sdtPr>
                <w:alias w:val="CHECK_3007"/>
                <w:tag w:val="CHECK_3007"/>
                <w:id w:val="3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İç/Dış Paydaş Toplantısı</w:t>
            </w:r>
          </w:p>
        </w:tc>
      </w:tr>
      <w:tr w:rsidR="002A2056" w14:paraId="6CB21144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836881" w14:textId="77777777" w:rsidR="002A2056" w:rsidRDefault="001C6D6D">
            <w:sdt>
              <w:sdtPr>
                <w:alias w:val="CHECK_3008"/>
                <w:tag w:val="CHECK_3008"/>
                <w:id w:val="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Danışma Kurulu Toplantısı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4D047C" w14:textId="77777777" w:rsidR="002A2056" w:rsidRDefault="001C6D6D">
            <w:sdt>
              <w:sdtPr>
                <w:alias w:val="CHECK_3009"/>
                <w:tag w:val="CHECK_3009"/>
                <w:id w:val="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Eğitim</w:t>
            </w:r>
          </w:p>
        </w:tc>
      </w:tr>
      <w:tr w:rsidR="002A2056" w14:paraId="6A16A332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64D403D" w14:textId="77777777" w:rsidR="002A2056" w:rsidRDefault="001C6D6D">
            <w:sdt>
              <w:sdtPr>
                <w:alias w:val="CHECK_3010"/>
                <w:tag w:val="CHECK_3010"/>
                <w:id w:val="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Hizmet İçi Eğitim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A6123D" w14:textId="77777777" w:rsidR="002A2056" w:rsidRDefault="001C6D6D">
            <w:sdt>
              <w:sdtPr>
                <w:alias w:val="CHECK_3011"/>
                <w:tag w:val="CHECK_3011"/>
                <w:id w:val="3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Seminer</w:t>
            </w:r>
          </w:p>
        </w:tc>
      </w:tr>
      <w:tr w:rsidR="002A2056" w14:paraId="48139D35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7FAABB" w14:textId="77777777" w:rsidR="002A2056" w:rsidRDefault="001C6D6D">
            <w:sdt>
              <w:sdtPr>
                <w:alias w:val="CHECK_3012"/>
                <w:tag w:val="CHECK_3012"/>
                <w:id w:val="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Konferans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C57B30" w14:textId="77777777" w:rsidR="002A2056" w:rsidRDefault="001C6D6D">
            <w:sdt>
              <w:sdtPr>
                <w:alias w:val="CHECK_3013"/>
                <w:tag w:val="CHECK_3013"/>
                <w:id w:val="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Panel</w:t>
            </w:r>
          </w:p>
        </w:tc>
      </w:tr>
      <w:tr w:rsidR="002A2056" w14:paraId="2429D699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82C525" w14:textId="77777777" w:rsidR="002A2056" w:rsidRDefault="001C6D6D">
            <w:sdt>
              <w:sdtPr>
                <w:alias w:val="CHECK_3014"/>
                <w:tag w:val="CHECK_3014"/>
                <w:id w:val="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Çalıştay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AD1F827" w14:textId="77777777" w:rsidR="002A2056" w:rsidRDefault="001C6D6D">
            <w:sdt>
              <w:sdtPr>
                <w:alias w:val="CHECK_3015"/>
                <w:tag w:val="CHECK_3015"/>
                <w:id w:val="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Kurs/Sertifika Programı</w:t>
            </w:r>
          </w:p>
        </w:tc>
      </w:tr>
      <w:tr w:rsidR="002A2056" w14:paraId="728A5FC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1A6AAB" w14:textId="77777777" w:rsidR="002A2056" w:rsidRDefault="001C6D6D">
            <w:sdt>
              <w:sdtPr>
                <w:alias w:val="CHECK_3016"/>
                <w:tag w:val="CHECK_3016"/>
                <w:id w:val="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Anket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7B2014" w14:textId="77777777" w:rsidR="002A2056" w:rsidRDefault="001C6D6D">
            <w:sdt>
              <w:sdtPr>
                <w:alias w:val="CHECK_3017"/>
                <w:tag w:val="CHECK_3017"/>
                <w:id w:val="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Odak Grup Görüşmesi</w:t>
            </w:r>
          </w:p>
        </w:tc>
      </w:tr>
      <w:tr w:rsidR="002A2056" w14:paraId="7BFDCC9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893E31" w14:textId="77777777" w:rsidR="002A2056" w:rsidRDefault="001C6D6D">
            <w:sdt>
              <w:sdtPr>
                <w:alias w:val="CHECK_3018"/>
                <w:tag w:val="CHECK_3018"/>
                <w:id w:val="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Proje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23C307" w14:textId="77777777" w:rsidR="002A2056" w:rsidRDefault="001C6D6D">
            <w:sdt>
              <w:sdtPr>
                <w:alias w:val="CHECK_3019"/>
                <w:tag w:val="CHECK_3019"/>
                <w:id w:val="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Araştırma Faaliyeti</w:t>
            </w:r>
          </w:p>
        </w:tc>
      </w:tr>
      <w:tr w:rsidR="002A2056" w14:paraId="4B62F78C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9EB005" w14:textId="77777777" w:rsidR="002A2056" w:rsidRDefault="001C6D6D">
            <w:sdt>
              <w:sdtPr>
                <w:alias w:val="CHECK_3020"/>
                <w:tag w:val="CHECK_3020"/>
                <w:id w:val="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Bilimsel Etkinlik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CD390B3" w14:textId="77777777" w:rsidR="002A2056" w:rsidRDefault="001C6D6D">
            <w:sdt>
              <w:sdtPr>
                <w:alias w:val="CHECK_3021"/>
                <w:tag w:val="CHECK_3021"/>
                <w:id w:val="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Sosyal Sorumluluk Faaliyeti</w:t>
            </w:r>
          </w:p>
        </w:tc>
      </w:tr>
      <w:tr w:rsidR="002A2056" w14:paraId="0D795D8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BF8B81" w14:textId="77777777" w:rsidR="002A2056" w:rsidRDefault="001C6D6D">
            <w:sdt>
              <w:sdtPr>
                <w:alias w:val="CHECK_3022"/>
                <w:tag w:val="CHECK_3022"/>
                <w:id w:val="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Sosyal/Kültürel/Sportif Etkinlik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579EF2" w14:textId="77777777" w:rsidR="002A2056" w:rsidRDefault="001C6D6D">
            <w:sdt>
              <w:sdtPr>
                <w:alias w:val="CHECK_3023"/>
                <w:tag w:val="CHECK_3023"/>
                <w:id w:val="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Uluslararasılaşma/Hareketlilik Faaliyeti</w:t>
            </w:r>
          </w:p>
        </w:tc>
      </w:tr>
      <w:tr w:rsidR="002A2056" w14:paraId="1A86CEF6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0656BF" w14:textId="77777777" w:rsidR="002A2056" w:rsidRDefault="001C6D6D">
            <w:sdt>
              <w:sdtPr>
                <w:alias w:val="CHECK_3024"/>
                <w:tag w:val="CHECK_3024"/>
                <w:id w:val="3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Protokol/İş Birliği Faaliyeti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3A882D" w14:textId="77777777" w:rsidR="002A2056" w:rsidRDefault="001C6D6D">
            <w:sdt>
              <w:sdtPr>
                <w:alias w:val="CHECK_3025"/>
                <w:tag w:val="CHECK_3025"/>
                <w:id w:val="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Akreditasyon/Öz Değerlendirme Faaliyeti</w:t>
            </w:r>
          </w:p>
        </w:tc>
      </w:tr>
      <w:tr w:rsidR="002A2056" w14:paraId="471E5F9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BE7814" w14:textId="77777777" w:rsidR="002A2056" w:rsidRDefault="001C6D6D">
            <w:sdt>
              <w:sdtPr>
                <w:alias w:val="CHECK_3026"/>
                <w:tag w:val="CHECK_3026"/>
                <w:id w:val="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İzleme ve Değerlendirme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117766" w14:textId="77777777" w:rsidR="002A2056" w:rsidRDefault="001C6D6D">
            <w:sdt>
              <w:sdtPr>
                <w:alias w:val="CHECK_3027"/>
                <w:tag w:val="CHECK_3027"/>
                <w:id w:val="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Süreç İyileştirme/Düzeltici Faal</w:t>
            </w:r>
            <w:r>
              <w:rPr>
                <w:sz w:val="16"/>
              </w:rPr>
              <w:t>iyet</w:t>
            </w:r>
          </w:p>
        </w:tc>
      </w:tr>
      <w:tr w:rsidR="002A2056" w14:paraId="5EBA2DBC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4708E3" w14:textId="77777777" w:rsidR="002A2056" w:rsidRDefault="001C6D6D">
            <w:sdt>
              <w:sdtPr>
                <w:alias w:val="CHECK_3028"/>
                <w:tag w:val="CHECK_3028"/>
                <w:id w:val="3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Yazılım/Dijital Dönüşüm Faaliyeti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2CDA2A" w14:textId="77777777" w:rsidR="002A2056" w:rsidRDefault="001C6D6D">
            <w:sdt>
              <w:sdtPr>
                <w:alias w:val="CHECK_3029"/>
                <w:tag w:val="CHECK_3029"/>
                <w:id w:val="3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Altyapı ve Destek Hizmeti</w:t>
            </w:r>
          </w:p>
        </w:tc>
      </w:tr>
      <w:tr w:rsidR="002A2056" w14:paraId="1CEA872A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797325" w14:textId="77777777" w:rsidR="002A2056" w:rsidRDefault="001C6D6D">
            <w:sdt>
              <w:sdtPr>
                <w:alias w:val="CHECK_3030"/>
                <w:tag w:val="CHECK_3030"/>
                <w:id w:val="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Raporlama/Doküman Geliştirme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4310DA" w14:textId="77777777" w:rsidR="002A2056" w:rsidRDefault="001C6D6D">
            <w:sdt>
              <w:sdtPr>
                <w:alias w:val="CHECK_3031"/>
                <w:tag w:val="CHECK_3031"/>
                <w:id w:val="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</w:tr>
    </w:tbl>
    <w:p w14:paraId="6C50156C" w14:textId="77777777" w:rsidR="002A2056" w:rsidRDefault="002A2056">
      <w:pPr>
        <w:spacing w:after="40"/>
      </w:pPr>
    </w:p>
    <w:p w14:paraId="0C44D35D" w14:textId="77777777" w:rsidR="00B22CB2" w:rsidRDefault="00B22CB2">
      <w:pPr>
        <w:keepNext/>
        <w:spacing w:after="40"/>
        <w:rPr>
          <w:b/>
          <w:color w:val="1F4E78"/>
          <w:sz w:val="19"/>
        </w:rPr>
      </w:pPr>
    </w:p>
    <w:p w14:paraId="495EC023" w14:textId="77777777" w:rsidR="00B22CB2" w:rsidRDefault="00B22CB2">
      <w:pPr>
        <w:keepNext/>
        <w:spacing w:after="40"/>
        <w:rPr>
          <w:b/>
          <w:color w:val="1F4E78"/>
          <w:sz w:val="19"/>
        </w:rPr>
      </w:pPr>
    </w:p>
    <w:p w14:paraId="5752AECB" w14:textId="476D5B92" w:rsidR="002A2056" w:rsidRDefault="001C6D6D">
      <w:pPr>
        <w:keepNext/>
        <w:spacing w:after="40"/>
      </w:pPr>
      <w:r>
        <w:rPr>
          <w:b/>
          <w:color w:val="1F4E78"/>
          <w:sz w:val="19"/>
        </w:rPr>
        <w:t>Hedef Kitle *</w:t>
      </w:r>
      <w:r>
        <w:rPr>
          <w:i/>
          <w:color w:val="5A5A5A"/>
          <w:sz w:val="16"/>
        </w:rPr>
        <w:t xml:space="preserve">  KGYS’deki seçime uygun olarak işaretleyiniz.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29"/>
        <w:gridCol w:w="3528"/>
        <w:gridCol w:w="3529"/>
      </w:tblGrid>
      <w:tr w:rsidR="002A2056" w14:paraId="694C6DDC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088494" w14:textId="77777777" w:rsidR="002A2056" w:rsidRDefault="001C6D6D">
            <w:sdt>
              <w:sdtPr>
                <w:alias w:val="CHECK_3032"/>
                <w:tag w:val="CHECK_3032"/>
                <w:id w:val="3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Öğrenciler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D2EBA5" w14:textId="77777777" w:rsidR="002A2056" w:rsidRDefault="001C6D6D">
            <w:sdt>
              <w:sdtPr>
                <w:alias w:val="CHECK_3033"/>
                <w:tag w:val="CHECK_3033"/>
                <w:id w:val="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Aday Öğrenciler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A6F686" w14:textId="77777777" w:rsidR="002A2056" w:rsidRDefault="001C6D6D">
            <w:sdt>
              <w:sdtPr>
                <w:alias w:val="CHECK_3034"/>
                <w:tag w:val="CHECK_3034"/>
                <w:id w:val="3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Mezunlar</w:t>
            </w:r>
          </w:p>
        </w:tc>
      </w:tr>
      <w:tr w:rsidR="002A2056" w14:paraId="1B1EA97C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1F8270" w14:textId="77777777" w:rsidR="002A2056" w:rsidRDefault="001C6D6D">
            <w:sdt>
              <w:sdtPr>
                <w:alias w:val="CHECK_3035"/>
                <w:tag w:val="CHECK_3035"/>
                <w:id w:val="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Akademik Personel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DBE3A5" w14:textId="77777777" w:rsidR="002A2056" w:rsidRDefault="001C6D6D">
            <w:sdt>
              <w:sdtPr>
                <w:alias w:val="CHECK_3036"/>
                <w:tag w:val="CHECK_3036"/>
                <w:id w:val="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İdari Personel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B90C6F" w14:textId="77777777" w:rsidR="002A2056" w:rsidRDefault="001C6D6D">
            <w:sdt>
              <w:sdtPr>
                <w:alias w:val="CHECK_3037"/>
                <w:tag w:val="CHECK_3037"/>
                <w:id w:val="3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Kamu Kurumları</w:t>
            </w:r>
          </w:p>
        </w:tc>
      </w:tr>
      <w:tr w:rsidR="002A2056" w14:paraId="164FA71C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58C581" w14:textId="77777777" w:rsidR="002A2056" w:rsidRDefault="001C6D6D">
            <w:sdt>
              <w:sdtPr>
                <w:alias w:val="CHECK_3038"/>
                <w:tag w:val="CHECK_3038"/>
                <w:id w:val="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Yerel Yönetimler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9D95F8" w14:textId="77777777" w:rsidR="002A2056" w:rsidRDefault="001C6D6D">
            <w:sdt>
              <w:sdtPr>
                <w:alias w:val="CHECK_3039"/>
                <w:tag w:val="CHECK_3039"/>
                <w:id w:val="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Özel Sektör / Sanayi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8F161A" w14:textId="77777777" w:rsidR="002A2056" w:rsidRDefault="001C6D6D">
            <w:sdt>
              <w:sdtPr>
                <w:alias w:val="CHECK_3040"/>
                <w:tag w:val="CHECK_3040"/>
                <w:id w:val="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STK'lar</w:t>
            </w:r>
          </w:p>
        </w:tc>
      </w:tr>
      <w:tr w:rsidR="002A2056" w14:paraId="683D3112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CA917A" w14:textId="77777777" w:rsidR="002A2056" w:rsidRDefault="001C6D6D">
            <w:sdt>
              <w:sdtPr>
                <w:alias w:val="CHECK_3041"/>
                <w:tag w:val="CHECK_3041"/>
                <w:id w:val="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Uluslararası Kurum/Kuruluşlar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3BA08D" w14:textId="77777777" w:rsidR="002A2056" w:rsidRDefault="001C6D6D">
            <w:sdt>
              <w:sdtPr>
                <w:alias w:val="CHECK_3042"/>
                <w:tag w:val="CHECK_3042"/>
                <w:id w:val="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Toplum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8B3A02" w14:textId="77777777" w:rsidR="002A2056" w:rsidRDefault="001C6D6D">
            <w:sdt>
              <w:sdtPr>
                <w:alias w:val="CHECK_3043"/>
                <w:tag w:val="CHECK_3043"/>
                <w:id w:val="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Veliler</w:t>
            </w:r>
          </w:p>
        </w:tc>
      </w:tr>
      <w:tr w:rsidR="002A2056" w14:paraId="37DDB32E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907149" w14:textId="77777777" w:rsidR="002A2056" w:rsidRDefault="001C6D6D">
            <w:sdt>
              <w:sdtPr>
                <w:alias w:val="CHECK_3044"/>
                <w:tag w:val="CHECK_3044"/>
                <w:id w:val="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Araştırmacılar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56A6A7" w14:textId="77777777" w:rsidR="002A2056" w:rsidRDefault="001C6D6D">
            <w:sdt>
              <w:sdtPr>
                <w:alias w:val="CHECK_3045"/>
                <w:tag w:val="CHECK_3045"/>
                <w:id w:val="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İşverenler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444A28" w14:textId="77777777" w:rsidR="002A2056" w:rsidRDefault="001C6D6D">
            <w:sdt>
              <w:sdtPr>
                <w:alias w:val="CHECK_3046"/>
                <w:tag w:val="CHECK_3046"/>
                <w:id w:val="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</w:t>
            </w:r>
            <w:r>
              <w:rPr>
                <w:sz w:val="16"/>
              </w:rPr>
              <w:t>......................................</w:t>
            </w:r>
          </w:p>
        </w:tc>
      </w:tr>
    </w:tbl>
    <w:p w14:paraId="4F2FAC99" w14:textId="77777777" w:rsidR="002A2056" w:rsidRDefault="002A2056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7ACB03FD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FD4EF5" w14:textId="77777777" w:rsidR="002A2056" w:rsidRDefault="001C6D6D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2. HEDEF KARTI BAĞLANTISI</w:t>
            </w:r>
          </w:p>
        </w:tc>
      </w:tr>
    </w:tbl>
    <w:p w14:paraId="5964EBD5" w14:textId="77777777" w:rsidR="00E42E4C" w:rsidRDefault="001C6D6D">
      <w:pPr>
        <w:spacing w:after="100"/>
      </w:pPr>
      <w:r>
        <w:rPr>
          <w:i/>
          <w:color w:val="666666"/>
          <w:szCs w:val="18"/>
        </w:rPr>
        <w:t>Faaliyetin ilişkili olduğu stratejik amaç, hedef ve performans göstergesini açılır listelerden seçiniz. Her seçenekte kod ile birlikte tam ad gösterilir.</w:t>
      </w:r>
    </w:p>
    <w:tbl>
      <w:tblPr>
        <w:tblW w:w="0" w:type="auto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ook w:val="04A0" w:firstRow="1" w:lastRow="0" w:firstColumn="1" w:lastColumn="0" w:noHBand="0" w:noVBand="1"/>
      </w:tblPr>
      <w:tblGrid>
        <w:gridCol w:w="2551"/>
      </w:tblGrid>
      <w:tr w:rsidR="00E42E4C" w14:paraId="277D3C91" w14:textId="77777777">
        <w:tc>
          <w:tcPr>
            <w:tcW w:w="0" w:type="auto"/>
            <w:shd w:val="clear" w:color="auto" w:fill="F8FAFD"/>
          </w:tcPr>
          <w:p w14:paraId="0FB82C04" w14:textId="77777777" w:rsidR="00E42E4C" w:rsidRDefault="001C6D6D">
            <w:pPr>
              <w:spacing w:after="60"/>
            </w:pPr>
            <w:r>
              <w:rPr>
                <w:b/>
                <w:color w:val="1F4E79"/>
                <w:sz w:val="20"/>
                <w:szCs w:val="20"/>
              </w:rPr>
              <w:t>Stratejik Amaç *</w:t>
            </w:r>
            <w:sdt>
              <w:sdtPr>
                <w:alias w:val="STRATEJIK_AMAC"/>
                <w:tag w:val="STRATEJIK_AMAC"/>
                <w:id w:val="3001"/>
                <w:dropDownList>
                  <w:listItem w:displayText="Seçiniz..." w:value="SECINIZ"/>
                  <w:listItem w:displayText="A1 – Eğitim programlarının niteliğini arttırmak." w:value="A1"/>
                  <w:listItem w:displayText="A2 – Araştırma-geliştirme kalitesini ve kapasitesini arttırmak." w:value="A2"/>
                  <w:listItem w:displayText="A3 – Paydaşlarla iletişim ve etkileşimi geliştirmek." w:value="A3"/>
                  <w:listItem w:displayText="A4 – Kurumsal kapasiteyi arttırmak." w:value="A4"/>
                  <w:listItem w:displayText="A5 – Üniversitemizdeki hizmet ve süreçlerin dijital ortamda sunulması yönünde yazılımlar geliştirmek ve desteklemek." w:value="A5"/>
                </w:dropDownList>
              </w:sdtPr>
              <w:sdtEndPr/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</w:tbl>
    <w:p w14:paraId="0A89597A" w14:textId="77777777" w:rsidR="00E42E4C" w:rsidRDefault="00E42E4C">
      <w:pPr>
        <w:spacing w:after="40"/>
      </w:pPr>
    </w:p>
    <w:tbl>
      <w:tblPr>
        <w:tblW w:w="0" w:type="auto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ook w:val="04A0" w:firstRow="1" w:lastRow="0" w:firstColumn="1" w:lastColumn="0" w:noHBand="0" w:noVBand="1"/>
      </w:tblPr>
      <w:tblGrid>
        <w:gridCol w:w="2228"/>
      </w:tblGrid>
      <w:tr w:rsidR="00E42E4C" w14:paraId="2093E6CB" w14:textId="77777777">
        <w:tc>
          <w:tcPr>
            <w:tcW w:w="0" w:type="auto"/>
            <w:shd w:val="clear" w:color="auto" w:fill="F8FAFD"/>
          </w:tcPr>
          <w:p w14:paraId="523A45C8" w14:textId="77777777" w:rsidR="00E42E4C" w:rsidRDefault="001C6D6D">
            <w:pPr>
              <w:spacing w:after="60"/>
            </w:pPr>
            <w:r>
              <w:rPr>
                <w:b/>
                <w:color w:val="1F4E79"/>
                <w:sz w:val="20"/>
                <w:szCs w:val="20"/>
              </w:rPr>
              <w:t>Hedef Kartı *</w:t>
            </w:r>
            <w:sdt>
              <w:sdtPr>
                <w:alias w:val="HEDEF_KARTI"/>
                <w:tag w:val="HEDEF_KARTI"/>
                <w:id w:val="3002"/>
                <w:dropDownList>
                  <w:listItem w:displayText="Seçiniz..." w:value="SECINIZ"/>
                  <w:listItem w:displayText="H1.1 – Eğitim ve öğretimi kalite süreçleri doğrultusunda ulusal ve uluslararası standartlara uygun hale getirmek." w:value="H1.1"/>
                  <w:listItem w:displayText="H1.2 – Eğitim programlarının etkinliğini arttırmak." w:value="H1.2"/>
                  <w:listItem w:displayText="H1.3 – Eğitimde uluslararası iş birliklerini güçlendirmek." w:value="H1.3"/>
                  <w:listItem w:displayText="H1.4 – Bilgi kaynak çeşitliliğini arttırmak." w:value="H1.4"/>
                  <w:listItem w:displayText="H1.5 – Alanında yetkin, bilgi üreten ve bilgiyi paylaşan akademik personelin yetişmesine yönelik imkânları arttırmak." w:value="H1.5"/>
                  <w:listItem w:displayText="H1.6 – Üniversitemizin eğitim ve öğretim programlarını iyileştirmek." w:value="H1.6"/>
                  <w:listItem w:displayText="H1.7 – Çağın gerektirdiği disiplinler arası/çok disiplinli eğitim ve öğretimi güçlendirmek." w:value="H1.7"/>
                  <w:listItem w:displayText="H2.1 – Bilimsel araştırma proje sayısını arttırmak." w:value="H2.1"/>
                  <w:listItem w:displayText="H2.2 – Projelerin sürdürülebilirliğinin sağlanması için araştırma altyapısını geliştirmek." w:value="H2.2"/>
                  <w:listItem w:displayText="H3.1 – Paydaşlarla birlikte toplumsal duyarlılığın arttırılmasında üniversite-paydaş işbirliğini geliştirmek." w:value="H3.1"/>
                  <w:listItem w:displayText="H3.2 – Paydaşlarla etkileşimi güçlü ve nitelikli hale getirmek." w:value="H3.2"/>
                  <w:listItem w:displayText="H4.1 – Personel niteliğini ve niceliğini arttırmak." w:value="H4.1"/>
                  <w:listItem w:displayText="H4.2 – Mekân kapasitesini arttırmak." w:value="H4.2"/>
                  <w:listItem w:displayText="H4.3 – Üniversitenin yapısal ve teknik alt yapısını güçlendirmek." w:value="H4.3"/>
                  <w:listItem w:displayText="H5.1 – Dijital dönüşüm ile ilgili yenilikleri takip etmek ve kurum içi ihtiyaçlara yönelik faaliyetler gerçekleştirmek." w:value="H5.1"/>
                  <w:listItem w:displayText="H5.2 – Üniversitemizdeki hizmet ve süreçlerin dijitalleştirilmesi için yazılım projeleri ve talepleri karşılamak." w:value="H5.2"/>
                </w:dropDownList>
              </w:sdtPr>
              <w:sdtEndPr/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</w:tbl>
    <w:p w14:paraId="6509CB1E" w14:textId="77777777" w:rsidR="00E42E4C" w:rsidRDefault="00E42E4C">
      <w:pPr>
        <w:spacing w:after="40"/>
      </w:pPr>
    </w:p>
    <w:tbl>
      <w:tblPr>
        <w:tblW w:w="0" w:type="auto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ook w:val="04A0" w:firstRow="1" w:lastRow="0" w:firstColumn="1" w:lastColumn="0" w:noHBand="0" w:noVBand="1"/>
      </w:tblPr>
      <w:tblGrid>
        <w:gridCol w:w="3373"/>
      </w:tblGrid>
      <w:tr w:rsidR="00E42E4C" w14:paraId="0996AE02" w14:textId="77777777">
        <w:tc>
          <w:tcPr>
            <w:tcW w:w="0" w:type="auto"/>
            <w:shd w:val="clear" w:color="auto" w:fill="F8FAFD"/>
          </w:tcPr>
          <w:p w14:paraId="43C221C7" w14:textId="77777777" w:rsidR="00E42E4C" w:rsidRDefault="001C6D6D">
            <w:pPr>
              <w:spacing w:after="60"/>
            </w:pPr>
            <w:r>
              <w:rPr>
                <w:b/>
                <w:color w:val="1F4E79"/>
                <w:sz w:val="20"/>
                <w:szCs w:val="20"/>
              </w:rPr>
              <w:t>Performans Göstergesi *</w:t>
            </w:r>
            <w:sdt>
              <w:sdtPr>
                <w:alias w:val="PERFORMANS_GOSTERGESI"/>
                <w:tag w:val="PERFORMANS_GOSTERGESI"/>
                <w:id w:val="3003"/>
                <w:dropDownList>
                  <w:listItem w:displayText="Seçiniz..." w:value="SECINIZ"/>
                  <w:listItem w:displayText="PG1.1.1 – Akredite program sayısı" w:value="PG1.1.1"/>
                  <w:listItem w:displayText="PG1.1.2 – Akredite olan program sayısının toplam program sayısına oranı (%)" w:value="PG1.1.2"/>
                  <w:listItem w:displayText="PG1.1.3 – Seçmeli ders sayısı" w:value="PG1.1.3"/>
                  <w:listItem w:displayText="PG1.1.4 – Yenilikçilik ve girişimcilik temalı ders sayısı" w:value="PG1.1.4"/>
                  <w:listItem w:displayText="PG1.2.1 – Öğretim elemanı başına düşen öğrenci sayısı" w:value="PG1.2.1"/>
                  <w:listItem w:displayText="PG1.2.2 – Öğretim elemanı başına düşen haftalık ders saati sayısı" w:value="PG1.2.2"/>
                  <w:listItem w:displayText="PG1.2.3 – Lisansüstü/Doktora öğrenci sayısının lisans öğrenci sayısına oranı (%)" w:value="PG1.2.3"/>
                  <w:listItem w:displayText="PG1.2.4 – Lisans programlarının genel doluluk oranı (%)" w:value="PG1.2.4"/>
                  <w:listItem w:displayText="PG1.3.1 – Yabancı öğrenci sayısı" w:value="PG1.3.1"/>
                  <w:listItem w:displayText="PG1.3.2 – Uluslararası hareketlilik kapsamında gelen giden öğrenci sayısı" w:value="PG1.3.2"/>
                  <w:listItem w:displayText="PG1.3.3 – Uluslararası hareketlilik kapsamında gelen giden akademik/idari personel sayısı" w:value="PG1.3.3"/>
                  <w:listItem w:displayText="PG1.3.4 – İşbirliği (protokol) sayısı" w:value="PG1.3.4"/>
                  <w:listItem w:displayText="PG1.4.1 – Kütüphanede bulunan basılı ve elektronik kaynak sayısı" w:value="PG1.4.1"/>
                  <w:listItem w:displayText="PG1.4.2 – Kütüphanede bulunan öğrenci başına düşen basılı ve elektronik kaynak sayısı" w:value="PG1.4.2"/>
                  <w:listItem w:displayText="PG1.4.3 – Kütüphaneden yararlanan kişi sayısı" w:value="PG1.4.3"/>
                  <w:listItem w:displayText="PG1.4.4 – Üniversite bünyesinde üretilen akademik yayın /atıf sayısı" w:value="PG1.4.4"/>
                  <w:listItem w:displayText="PG1.5.1 – SCI, SCIExpanded, SSCI ve AHCI kapsamındaki dergilerde öğretim elemanı başına düşen yayın sayısı" w:value="PG1.5.1"/>
                  <w:listItem w:displayText="PG1.5.2 – Yükseköğretim Kurulu tarafından belirlenecek öncelikli alanlarda sağlanan burslardan yararlanan doktora öğrenci sayısı" w:value="PG1.5.2"/>
                  <w:listItem w:displayText="PG1.5.3 – Yükseköğretim Kurulu tarafından sağlanan araştırma desteklerinden yararlananların sayısı" w:value="PG1.5.3"/>
                  <w:listItem w:displayText="PG1.5.4 – Yükseköğretim Kurulu, Türkiye Bilimler Akademisi ve TÜBİTAK bilim, teşvik ve sanat ödülleri sayısı" w:value="PG1.5.4"/>
                  <w:listItem w:displayText="PG1.5.5 – Lisansüstü aktif program sayısı" w:value="PG1.5.5"/>
                  <w:listItem w:displayText="PG1.6.1 – Lisans / Ön lisans programlarının genel doluluk oranı %" w:value="PG1.6.1"/>
                  <w:listItem w:displayText="PG1.6.2 – Toplum beklentileri ve paydaş önerileri doğrultusunda güncellenmiş program sayısı" w:value="PG1.6.2"/>
                  <w:listItem w:displayText="PG1.6.3 – Öz değerlendirme yapılan program sayısı" w:value="PG1.6.3"/>
                  <w:listItem w:displayText="PG1.6.4 – Akran değerlendirmesi yapılan program sayısı" w:value="PG1.6.4"/>
                  <w:listItem w:displayText="PG1.7.1 – Çift ana dal programlarından mezun öğrenci sayısı" w:value="PG1.7.1"/>
                  <w:listItem w:displayText="PG1.7.2 – Mezun olduğu disiplinden farklı bir disiplinde eğitim alan lisansüstü öğrenci sayısı" w:value="PG1.7.2"/>
                  <w:listItem w:displayText="PG1.7.3 – Öğrencilerin kayıtlı oldukları program dışındaki diğer programlardan aldıkları ders oranı (%)" w:value="PG1.7.3"/>
                  <w:listItem w:displayText="PG1.7.4 – İkinci Üniversite eğitimi alan öğrenci sayısı" w:value="PG1.7.4"/>
                  <w:listItem w:displayText="PG2.1.1 – BAP destekli proje sayısı" w:value="PG2.1.1"/>
                  <w:listItem w:displayText="PG2.1.2 – Kurum dışı (TÜBİTAK vb.) proje sayısı" w:value="PG2.1.2"/>
                  <w:listItem w:displayText="PG2.1.3 – Ulusal ve Uluslararası bilimsel toplantılarda sunulan bildiri sayısı" w:value="PG2.1.3"/>
                  <w:listItem w:displayText="PG2.1.4 – Düzenlenen proje eğitimi sayısı" w:value="PG2.1.4"/>
                  <w:listItem w:displayText="PG2.2.1 – Proje ile desteklenen tez sayısı" w:value="PG2.2.1"/>
                  <w:listItem w:displayText="PG2.2.2 – Bilimsel etkinliklere katılım için verilen destek sayısı" w:value="PG2.2.2"/>
                  <w:listItem w:displayText="PG2.2.3 – Kurum içi kaynaklardan (BAP) desteklenen öğrenci projesi sayısı" w:value="PG2.2.3"/>
                  <w:listItem w:displayText="PG3.1.1 – Topluma katkı amaçlı düzenlenen etkinlik sayısı" w:value="PG3.1.1"/>
                  <w:listItem w:displayText="PG3.1.2 – Sosyal sorumluluk projesi sayısı" w:value="PG3.1.2"/>
                  <w:listItem w:displayText="PG3.1.3 – Tanıtıcı etkinlik sayısı" w:value="PG3.1.3"/>
                  <w:listItem w:displayText="PG3.1.4 – Danışma Kurulu Toplantı Sayısı" w:value="PG3.1.4"/>
                  <w:listItem w:displayText="PG3.1.5 – Dış paydaşlarla yapılan işbirliği / protokol sayısı" w:value="PG3.1.5"/>
                  <w:listItem w:displayText="PG3.2.1 – Öğrenciyi üniversitede tutma oranı (%)" w:value="PG3.2.1"/>
                  <w:listItem w:displayText="PG3.2.2 – Öğretim elemanlarının memnuniyet düzeyi" w:value="PG3.2.2"/>
                  <w:listItem w:displayText="PG3.2.3 – İdari personelin memnuniyet düzeyi" w:value="PG3.2.3"/>
                  <w:listItem w:displayText="PG3.2.4 – Öğrencinin memnuniyet düzeyi" w:value="PG3.2.4"/>
                  <w:listItem w:displayText="PG4.1.1 – Akademik ve idari personel sayısının yıllık artış oranı (%)" w:value="PG4.1.1"/>
                  <w:listItem w:displayText="PG4.1.2 – Personele yönelik düzenlenen hizmet içi eğitim sayısı" w:value="PG4.1.2"/>
                  <w:listItem w:displayText="PG4.1.3 – Eğitime katılan personel sayısı" w:value="PG4.1.3"/>
                  <w:listItem w:displayText="PG4.2.1 – Turizm ve Otelcilik MYO ve Uygulama Oteli binası tamamlanma oranı (%)" w:value="PG4.2.1"/>
                  <w:listItem w:displayText="PG4.2.2 – Merkezi Derslik (I) tamamlanma oranı (%)" w:value="PG4.2.2"/>
                  <w:listItem w:displayText="PG4.2.3 – Morfoloji Binası tamamlanma oranı (%)" w:value="PG4.2.3"/>
                  <w:listItem w:displayText="PG4.3.1 – Proje yönetimine yönelik düzenlenen eğitim sayısı" w:value="PG4.3.1"/>
                  <w:listItem w:displayText="PG4.3.2 – Personelin aldığı hizmet içi eğitimleri sayısı" w:value="PG4.3.2"/>
                  <w:listItem w:displayText="PG4.3.3 – Eğitim sonrası gerçekleştirilen proje başvuru sayısı" w:value="PG4.3.3"/>
                  <w:listItem w:displayText="PG5.1.1 – Dijital dönüşüm için katınılan etkinlik sayısı" w:value="PG5.1.1"/>
                  <w:listItem w:displayText="PG5.1.2 – Dijital dönüşüme yönelik faaliyet sayısı" w:value="PG5.1.2"/>
                  <w:listItem w:displayText="PG5.2.1 – Dijitalleştirilmeye yönelik yazılım sayısı" w:value="PG5.2.1"/>
                  <w:listItem w:displayText="PG5.2.2 – Geliştirilen yazılımlara yönelik destek taleplerini karşılamak (%)" w:value="PG5.2.2"/>
                </w:dropDownList>
              </w:sdtPr>
              <w:sdtEndPr/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</w:tbl>
    <w:p w14:paraId="749E269D" w14:textId="77777777" w:rsidR="00E42E4C" w:rsidRDefault="001C6D6D">
      <w:pPr>
        <w:spacing w:after="120"/>
      </w:pPr>
      <w:r>
        <w:rPr>
          <w:i/>
          <w:color w:val="7F6000"/>
          <w:sz w:val="17"/>
          <w:szCs w:val="17"/>
        </w:rPr>
        <w:t>Kontrol kuralı: Seçilen hedef, stratejik amaçla; seçilen performans göstergesi de hedefle aynı kod hiyerarşisinde olmalıdır (ör. A1 → H1.2 → PG1.2.x).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0FA77699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3C5576" w14:textId="77777777" w:rsidR="002A2056" w:rsidRDefault="001C6D6D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3. SORUMLULAR VE PAYDAŞLAR</w:t>
            </w:r>
          </w:p>
        </w:tc>
      </w:tr>
    </w:tbl>
    <w:p w14:paraId="267D8042" w14:textId="77777777" w:rsidR="002A2056" w:rsidRDefault="001C6D6D">
      <w:pPr>
        <w:spacing w:before="60" w:after="120"/>
      </w:pPr>
      <w:r>
        <w:rPr>
          <w:i/>
          <w:color w:val="5A5A5A"/>
          <w:sz w:val="17"/>
        </w:rPr>
        <w:t>Birden fazla</w:t>
      </w:r>
      <w:r>
        <w:rPr>
          <w:i/>
          <w:color w:val="5A5A5A"/>
          <w:sz w:val="17"/>
        </w:rPr>
        <w:t xml:space="preserve"> sorumlu, iş birliği yapılan birim, dış paydaş veya katkı sağlayan personel varsa ayrı satırlarda belirtiniz.</w:t>
      </w:r>
    </w:p>
    <w:p w14:paraId="37AE320D" w14:textId="77777777" w:rsidR="002A2056" w:rsidRDefault="001C6D6D">
      <w:r>
        <w:rPr>
          <w:b/>
          <w:color w:val="1F4E78"/>
          <w:sz w:val="20"/>
        </w:rPr>
        <w:t>A. Sorumlu Bilgileri *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</w:tblGrid>
      <w:tr w:rsidR="00324978" w14:paraId="465588D9" w14:textId="69A5161B" w:rsidTr="00324978">
        <w:trPr>
          <w:tblHeader/>
          <w:jc w:val="center"/>
        </w:trPr>
        <w:tc>
          <w:tcPr>
            <w:tcW w:w="2835" w:type="dxa"/>
            <w:shd w:val="clear" w:color="auto" w:fill="548DD4" w:themeFill="text2" w:themeFillTint="9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067223" w14:textId="1EBB11A7" w:rsidR="00324978" w:rsidRPr="00324978" w:rsidRDefault="00324978" w:rsidP="00324978">
            <w:pPr>
              <w:jc w:val="center"/>
              <w:rPr>
                <w:b/>
                <w:bCs/>
                <w:color w:val="FFFFFF" w:themeColor="background1"/>
              </w:rPr>
            </w:pPr>
            <w:r w:rsidRPr="00324978">
              <w:rPr>
                <w:b/>
                <w:bCs/>
                <w:color w:val="FFFFFF" w:themeColor="background1"/>
              </w:rPr>
              <w:t>Sorumlu Birim</w:t>
            </w:r>
          </w:p>
        </w:tc>
        <w:tc>
          <w:tcPr>
            <w:tcW w:w="2835" w:type="dxa"/>
            <w:shd w:val="clear" w:color="auto" w:fill="548DD4" w:themeFill="text2" w:themeFillTint="99"/>
          </w:tcPr>
          <w:p w14:paraId="7D4E0344" w14:textId="475B7B1D" w:rsidR="00324978" w:rsidRPr="00324978" w:rsidRDefault="00324978" w:rsidP="00324978">
            <w:pPr>
              <w:jc w:val="center"/>
              <w:rPr>
                <w:b/>
                <w:bCs/>
                <w:color w:val="FFFFFF" w:themeColor="background1"/>
              </w:rPr>
            </w:pPr>
            <w:r w:rsidRPr="00324978">
              <w:rPr>
                <w:b/>
                <w:bCs/>
                <w:color w:val="FFFFFF" w:themeColor="background1"/>
              </w:rPr>
              <w:t>Sorumlu Kişi (Ad Soyad)</w:t>
            </w:r>
          </w:p>
        </w:tc>
      </w:tr>
      <w:tr w:rsidR="00324978" w14:paraId="5BEC0968" w14:textId="34E03267" w:rsidTr="000E7450">
        <w:trPr>
          <w:jc w:val="center"/>
        </w:trPr>
        <w:tc>
          <w:tcPr>
            <w:tcW w:w="2835" w:type="dxa"/>
            <w:shd w:val="clear" w:color="auto" w:fill="auto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67A32F" w14:textId="61C48CC0" w:rsidR="00324978" w:rsidRDefault="001C6D6D" w:rsidP="00324978">
            <w:sdt>
              <w:sdtPr>
                <w:alias w:val="SORUMLU_BIRIM"/>
                <w:tag w:val="SORUMLU_BIRIM"/>
                <w:id w:val="-1733232820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324978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17FA6613" w14:textId="77777777" w:rsidR="00324978" w:rsidRDefault="00324978" w:rsidP="00324978"/>
        </w:tc>
      </w:tr>
      <w:tr w:rsidR="00324978" w14:paraId="62D53516" w14:textId="7C2A9368" w:rsidTr="000E7450">
        <w:trPr>
          <w:jc w:val="center"/>
        </w:trPr>
        <w:tc>
          <w:tcPr>
            <w:tcW w:w="2835" w:type="dxa"/>
            <w:shd w:val="clear" w:color="auto" w:fill="auto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780E9B" w14:textId="071BAB1C" w:rsidR="00324978" w:rsidRDefault="001C6D6D" w:rsidP="00324978">
            <w:sdt>
              <w:sdtPr>
                <w:alias w:val="SORUMLU_BIRIM"/>
                <w:tag w:val="SORUMLU_BIRIM"/>
                <w:id w:val="-1761669868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324978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0865F8F1" w14:textId="77777777" w:rsidR="00324978" w:rsidRDefault="00324978" w:rsidP="00324978"/>
        </w:tc>
      </w:tr>
      <w:tr w:rsidR="00324978" w14:paraId="341C7BF3" w14:textId="4B0BE847" w:rsidTr="000E7450">
        <w:trPr>
          <w:jc w:val="center"/>
        </w:trPr>
        <w:tc>
          <w:tcPr>
            <w:tcW w:w="2835" w:type="dxa"/>
            <w:shd w:val="clear" w:color="auto" w:fill="auto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D316BF" w14:textId="37CC53C0" w:rsidR="00324978" w:rsidRDefault="001C6D6D" w:rsidP="00324978">
            <w:sdt>
              <w:sdtPr>
                <w:alias w:val="SORUMLU_BIRIM"/>
                <w:tag w:val="SORUMLU_BIRIM"/>
                <w:id w:val="176865107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324978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22DAC483" w14:textId="77777777" w:rsidR="00324978" w:rsidRDefault="00324978" w:rsidP="00324978"/>
        </w:tc>
      </w:tr>
      <w:tr w:rsidR="00A83B8D" w14:paraId="7C461F38" w14:textId="77777777" w:rsidTr="000E7450">
        <w:trPr>
          <w:jc w:val="center"/>
        </w:trPr>
        <w:tc>
          <w:tcPr>
            <w:tcW w:w="2835" w:type="dxa"/>
            <w:shd w:val="clear" w:color="auto" w:fill="auto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850CC3" w14:textId="216D1E36" w:rsidR="00A83B8D" w:rsidRDefault="001C6D6D" w:rsidP="00A83B8D">
            <w:sdt>
              <w:sdtPr>
                <w:alias w:val="SORUMLU_BIRIM"/>
                <w:tag w:val="SORUMLU_BIRIM"/>
                <w:id w:val="-463966060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A83B8D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7047599F" w14:textId="77777777" w:rsidR="00A83B8D" w:rsidRDefault="00A83B8D" w:rsidP="00A83B8D"/>
        </w:tc>
      </w:tr>
    </w:tbl>
    <w:p w14:paraId="43CBD598" w14:textId="77777777" w:rsidR="002A2056" w:rsidRDefault="002A2056">
      <w:pPr>
        <w:spacing w:after="40"/>
      </w:pPr>
    </w:p>
    <w:p w14:paraId="7DCE0A85" w14:textId="77777777" w:rsidR="002A2056" w:rsidRDefault="001C6D6D">
      <w:r>
        <w:rPr>
          <w:b/>
          <w:color w:val="70AD47"/>
          <w:sz w:val="20"/>
        </w:rPr>
        <w:t xml:space="preserve">B. İş Birliği Yapılan </w:t>
      </w:r>
      <w:r>
        <w:rPr>
          <w:b/>
          <w:color w:val="70AD47"/>
          <w:sz w:val="20"/>
        </w:rPr>
        <w:t>Birimler</w:t>
      </w:r>
    </w:p>
    <w:p w14:paraId="64769C81" w14:textId="77777777" w:rsidR="002A2056" w:rsidRDefault="001C6D6D">
      <w:pPr>
        <w:keepNext/>
        <w:spacing w:after="40"/>
      </w:pPr>
      <w:r>
        <w:rPr>
          <w:b/>
          <w:color w:val="1F4E78"/>
          <w:sz w:val="19"/>
        </w:rPr>
        <w:t>Katkı Türü Seçenekleri</w:t>
      </w:r>
      <w:r>
        <w:rPr>
          <w:i/>
          <w:color w:val="5A5A5A"/>
          <w:sz w:val="16"/>
        </w:rPr>
        <w:t xml:space="preserve">  Aşağıdaki tabloda her bir birim için uygun katkı türünü yazınız.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4"/>
        <w:gridCol w:w="5292"/>
      </w:tblGrid>
      <w:tr w:rsidR="002A2056" w14:paraId="44FD8088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5EFB5F" w14:textId="77777777" w:rsidR="002A2056" w:rsidRDefault="001C6D6D">
            <w:sdt>
              <w:sdtPr>
                <w:alias w:val="CHECK_3047"/>
                <w:tag w:val="CHECK_3047"/>
                <w:id w:val="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Ortak Yürütücülük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DE44AE" w14:textId="77777777" w:rsidR="002A2056" w:rsidRDefault="001C6D6D">
            <w:sdt>
              <w:sdtPr>
                <w:alias w:val="CHECK_3048"/>
                <w:tag w:val="CHECK_3048"/>
                <w:id w:val="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Koordinasyon Desteği</w:t>
            </w:r>
          </w:p>
        </w:tc>
      </w:tr>
      <w:tr w:rsidR="002A2056" w14:paraId="174A90D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38B986" w14:textId="77777777" w:rsidR="002A2056" w:rsidRDefault="001C6D6D">
            <w:sdt>
              <w:sdtPr>
                <w:alias w:val="CHECK_3049"/>
                <w:tag w:val="CHECK_3049"/>
                <w:id w:val="3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Akademik Destek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321489" w14:textId="77777777" w:rsidR="002A2056" w:rsidRDefault="001C6D6D">
            <w:sdt>
              <w:sdtPr>
                <w:alias w:val="CHECK_3050"/>
                <w:tag w:val="CHECK_3050"/>
                <w:id w:val="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İdari Destek</w:t>
            </w:r>
          </w:p>
        </w:tc>
      </w:tr>
      <w:tr w:rsidR="002A2056" w14:paraId="5A058F7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A3E72B" w14:textId="77777777" w:rsidR="002A2056" w:rsidRDefault="001C6D6D">
            <w:sdt>
              <w:sdtPr>
                <w:alias w:val="CHECK_3051"/>
                <w:tag w:val="CHECK_3051"/>
                <w:id w:val="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Teknik Destek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E82CA6" w14:textId="77777777" w:rsidR="002A2056" w:rsidRDefault="001C6D6D">
            <w:sdt>
              <w:sdtPr>
                <w:alias w:val="CHECK_3052"/>
                <w:tag w:val="CHECK_3052"/>
                <w:id w:val="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Mekân ve Altyapı Desteği</w:t>
            </w:r>
          </w:p>
        </w:tc>
      </w:tr>
      <w:tr w:rsidR="002A2056" w14:paraId="454409B2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5E3DD9" w14:textId="77777777" w:rsidR="002A2056" w:rsidRDefault="001C6D6D">
            <w:sdt>
              <w:sdtPr>
                <w:alias w:val="CHECK_3053"/>
                <w:tag w:val="CHECK_3053"/>
                <w:id w:val="3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Ekipman ve Malzeme Desteği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777158" w14:textId="77777777" w:rsidR="002A2056" w:rsidRDefault="001C6D6D">
            <w:sdt>
              <w:sdtPr>
                <w:alias w:val="CHECK_3054"/>
                <w:tag w:val="CHECK_3054"/>
                <w:id w:val="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Mali Destek</w:t>
            </w:r>
          </w:p>
        </w:tc>
      </w:tr>
      <w:tr w:rsidR="002A2056" w14:paraId="21C59229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34CB80" w14:textId="77777777" w:rsidR="002A2056" w:rsidRDefault="001C6D6D">
            <w:sdt>
              <w:sdtPr>
                <w:alias w:val="CHECK_3055"/>
                <w:tag w:val="CHECK_3055"/>
                <w:id w:val="3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Tanıtım ve İletişim Desteği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6FE589" w14:textId="77777777" w:rsidR="002A2056" w:rsidRDefault="001C6D6D">
            <w:sdt>
              <w:sdtPr>
                <w:alias w:val="CHECK_3056"/>
                <w:tag w:val="CHECK_3056"/>
                <w:id w:val="3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Veri ve Raporlama Desteği</w:t>
            </w:r>
          </w:p>
        </w:tc>
      </w:tr>
      <w:tr w:rsidR="002A2056" w14:paraId="6C5D176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84FD1F" w14:textId="77777777" w:rsidR="002A2056" w:rsidRDefault="001C6D6D">
            <w:sdt>
              <w:sdtPr>
                <w:alias w:val="CHECK_3057"/>
                <w:tag w:val="CHECK_3057"/>
                <w:id w:val="3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Kalite Güvence Desteği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EF5A04" w14:textId="77777777" w:rsidR="002A2056" w:rsidRDefault="001C6D6D">
            <w:sdt>
              <w:sdtPr>
                <w:alias w:val="CHECK_3058"/>
                <w:tag w:val="CHECK_3058"/>
                <w:id w:val="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Proje / İş Birliği Desteği</w:t>
            </w:r>
          </w:p>
        </w:tc>
      </w:tr>
      <w:tr w:rsidR="002A2056" w14:paraId="17CF786D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58B7D8" w14:textId="77777777" w:rsidR="002A2056" w:rsidRDefault="001C6D6D">
            <w:sdt>
              <w:sdtPr>
                <w:alias w:val="CHECK_3059"/>
                <w:tag w:val="CHECK_3059"/>
                <w:id w:val="3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  <w:tc>
          <w:tcPr>
            <w:tcW w:w="5298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91AE10" w14:textId="77777777" w:rsidR="002A2056" w:rsidRDefault="002A2056"/>
        </w:tc>
      </w:tr>
      <w:tr w:rsidR="009B0723" w14:paraId="2A6FC630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B9D592" w14:textId="77777777" w:rsidR="009B0723" w:rsidRDefault="009B0723"/>
          <w:p w14:paraId="1AFBDF23" w14:textId="77777777" w:rsidR="009B0723" w:rsidRDefault="009B0723"/>
          <w:p w14:paraId="18FE419C" w14:textId="77777777" w:rsidR="009B0723" w:rsidRDefault="009B0723"/>
        </w:tc>
        <w:tc>
          <w:tcPr>
            <w:tcW w:w="5298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27C9A6" w14:textId="77777777" w:rsidR="009B0723" w:rsidRDefault="009B0723"/>
        </w:tc>
      </w:tr>
    </w:tbl>
    <w:p w14:paraId="0D4BB48F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32"/>
        <w:gridCol w:w="3093"/>
        <w:gridCol w:w="4552"/>
      </w:tblGrid>
      <w:tr w:rsidR="00FA2627" w14:paraId="181C3027" w14:textId="77777777" w:rsidTr="00FA2627">
        <w:trPr>
          <w:tblHeader/>
          <w:jc w:val="center"/>
        </w:trPr>
        <w:tc>
          <w:tcPr>
            <w:tcW w:w="2332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D1975E" w14:textId="19C583A1" w:rsidR="00FA2627" w:rsidRDefault="00FA2627" w:rsidP="006D277E">
            <w:pPr>
              <w:jc w:val="center"/>
            </w:pPr>
            <w:r>
              <w:rPr>
                <w:b/>
                <w:color w:val="FFFFFF"/>
                <w:sz w:val="16"/>
              </w:rPr>
              <w:t>Birim</w:t>
            </w:r>
          </w:p>
        </w:tc>
        <w:tc>
          <w:tcPr>
            <w:tcW w:w="3093" w:type="dxa"/>
            <w:shd w:val="clear" w:color="auto" w:fill="5B9BD5"/>
          </w:tcPr>
          <w:p w14:paraId="146C680F" w14:textId="3BCFA5DF" w:rsidR="00FA2627" w:rsidRDefault="00FA2627" w:rsidP="006D277E">
            <w:pPr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Katkı Türü</w:t>
            </w:r>
          </w:p>
        </w:tc>
        <w:tc>
          <w:tcPr>
            <w:tcW w:w="4552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A8ADB1" w14:textId="76AAE051" w:rsidR="00FA2627" w:rsidRDefault="00FA2627" w:rsidP="006D277E">
            <w:pPr>
              <w:jc w:val="center"/>
            </w:pPr>
            <w:r>
              <w:rPr>
                <w:b/>
                <w:color w:val="FFFFFF"/>
                <w:sz w:val="16"/>
              </w:rPr>
              <w:t>Katkı Açıklaması</w:t>
            </w:r>
          </w:p>
        </w:tc>
      </w:tr>
      <w:tr w:rsidR="00FA2627" w14:paraId="25777CD0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075B43" w14:textId="025B9074" w:rsidR="00FA2627" w:rsidRDefault="001C6D6D" w:rsidP="006D277E">
            <w:sdt>
              <w:sdtPr>
                <w:alias w:val="ISBIRLIGI_BIRIM"/>
                <w:tag w:val="ISBIRLIGI_BIRIM"/>
                <w:id w:val="461545631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FA2627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511F6B64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44E0F9" w14:textId="1DE0B8D4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  <w:tr w:rsidR="00FA2627" w14:paraId="35FC3C32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FBCA3A" w14:textId="2000C760" w:rsidR="00FA2627" w:rsidRDefault="001C6D6D" w:rsidP="006D277E">
            <w:sdt>
              <w:sdtPr>
                <w:alias w:val="ISBIRLIGI_BIRIM"/>
                <w:tag w:val="ISBIRLIGI_BIRIM"/>
                <w:id w:val="-1311092389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FA2627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4E98448D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89EAAA" w14:textId="3D67B505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  <w:tr w:rsidR="00FA2627" w14:paraId="4A698D85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0E7E11" w14:textId="52D61D35" w:rsidR="00FA2627" w:rsidRDefault="001C6D6D" w:rsidP="006D277E">
            <w:sdt>
              <w:sdtPr>
                <w:alias w:val="ISBIRLIGI_BIRIM"/>
                <w:tag w:val="ISBIRLIGI_BIRIM"/>
                <w:id w:val="-16216476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FA2627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5E95BD08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073AD9" w14:textId="428AB6DB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  <w:tr w:rsidR="00FA2627" w14:paraId="5022642F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063FD3" w14:textId="50259F89" w:rsidR="00FA2627" w:rsidRDefault="001C6D6D" w:rsidP="006D277E">
            <w:sdt>
              <w:sdtPr>
                <w:alias w:val="ISBIRLIGI_BIRIM"/>
                <w:tag w:val="ISBIRLIGI_BIRIM"/>
                <w:id w:val="-166438500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FA2627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5CD7BC00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CB6D07" w14:textId="3181D511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</w:tbl>
    <w:p w14:paraId="526A3338" w14:textId="77777777" w:rsidR="002A2056" w:rsidRDefault="002A2056">
      <w:pPr>
        <w:spacing w:after="40"/>
      </w:pPr>
    </w:p>
    <w:p w14:paraId="4F3BC482" w14:textId="77777777" w:rsidR="002A2056" w:rsidRDefault="001C6D6D">
      <w:r>
        <w:rPr>
          <w:b/>
          <w:color w:val="009999"/>
          <w:sz w:val="20"/>
        </w:rPr>
        <w:t>C. Dış Paydaşlar</w:t>
      </w:r>
    </w:p>
    <w:p w14:paraId="42EE8EE9" w14:textId="77777777" w:rsidR="002A2056" w:rsidRDefault="001C6D6D">
      <w:pPr>
        <w:keepNext/>
        <w:spacing w:after="40"/>
      </w:pPr>
      <w:r>
        <w:rPr>
          <w:b/>
          <w:color w:val="1F4E78"/>
          <w:sz w:val="19"/>
        </w:rPr>
        <w:t>Paydaş Türü Seçenekleri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28"/>
        <w:gridCol w:w="3528"/>
        <w:gridCol w:w="3530"/>
      </w:tblGrid>
      <w:tr w:rsidR="002A2056" w14:paraId="05D9AB5D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ED58C2" w14:textId="77777777" w:rsidR="002A2056" w:rsidRDefault="001C6D6D">
            <w:sdt>
              <w:sdtPr>
                <w:alias w:val="CHECK_3060"/>
                <w:tag w:val="CHECK_3060"/>
                <w:id w:val="3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Bakanlık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72FBB2" w14:textId="77777777" w:rsidR="002A2056" w:rsidRDefault="001C6D6D">
            <w:sdt>
              <w:sdtPr>
                <w:alias w:val="CHECK_3061"/>
                <w:tag w:val="CHECK_3061"/>
                <w:id w:val="3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Kamu Kurumu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2EA0BF" w14:textId="77777777" w:rsidR="002A2056" w:rsidRDefault="001C6D6D">
            <w:sdt>
              <w:sdtPr>
                <w:alias w:val="CHECK_3062"/>
                <w:tag w:val="CHECK_3062"/>
                <w:id w:val="3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Valilik / Kaymakamlık</w:t>
            </w:r>
          </w:p>
        </w:tc>
      </w:tr>
      <w:tr w:rsidR="002A2056" w14:paraId="6BEC5458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8FB873" w14:textId="77777777" w:rsidR="002A2056" w:rsidRDefault="001C6D6D">
            <w:sdt>
              <w:sdtPr>
                <w:alias w:val="CHECK_3063"/>
                <w:tag w:val="CHECK_3063"/>
                <w:id w:val="3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Belediye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A3C6F4" w14:textId="77777777" w:rsidR="002A2056" w:rsidRDefault="001C6D6D">
            <w:sdt>
              <w:sdtPr>
                <w:alias w:val="CHECK_3064"/>
                <w:tag w:val="CHECK_3064"/>
                <w:id w:val="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Üniversite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145ACE" w14:textId="77777777" w:rsidR="002A2056" w:rsidRDefault="001C6D6D">
            <w:sdt>
              <w:sdtPr>
                <w:alias w:val="CHECK_3065"/>
                <w:tag w:val="CHECK_3065"/>
                <w:id w:val="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Eğitim Kurumu</w:t>
            </w:r>
          </w:p>
        </w:tc>
      </w:tr>
      <w:tr w:rsidR="002A2056" w14:paraId="08284CFB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6CA70F" w14:textId="77777777" w:rsidR="002A2056" w:rsidRDefault="001C6D6D">
            <w:sdt>
              <w:sdtPr>
                <w:alias w:val="CHECK_3066"/>
                <w:tag w:val="CHECK_3066"/>
                <w:id w:val="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Araştırma Merkezi / Enstitü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51C44A" w14:textId="77777777" w:rsidR="002A2056" w:rsidRDefault="001C6D6D">
            <w:sdt>
              <w:sdtPr>
                <w:alias w:val="CHECK_3067"/>
                <w:tag w:val="CHECK_3067"/>
                <w:id w:val="3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Özel Sektör Firması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E41C8E" w14:textId="77777777" w:rsidR="002A2056" w:rsidRDefault="001C6D6D">
            <w:sdt>
              <w:sdtPr>
                <w:alias w:val="CHECK_3068"/>
                <w:tag w:val="CHECK_3068"/>
                <w:id w:val="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Sanayi Kuruluşu</w:t>
            </w:r>
          </w:p>
        </w:tc>
      </w:tr>
      <w:tr w:rsidR="002A2056" w14:paraId="74BD5378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1DE10D" w14:textId="77777777" w:rsidR="002A2056" w:rsidRDefault="001C6D6D">
            <w:sdt>
              <w:sdtPr>
                <w:alias w:val="CHECK_3069"/>
                <w:tag w:val="CHECK_3069"/>
                <w:id w:val="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Sivil Toplum Kuruluşu (STK)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4F551D" w14:textId="77777777" w:rsidR="002A2056" w:rsidRDefault="001C6D6D">
            <w:sdt>
              <w:sdtPr>
                <w:alias w:val="CHECK_3070"/>
                <w:tag w:val="CHECK_3070"/>
                <w:id w:val="3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Meslek Odası / Birlik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810583" w14:textId="77777777" w:rsidR="002A2056" w:rsidRDefault="001C6D6D">
            <w:sdt>
              <w:sdtPr>
                <w:alias w:val="CHECK_3071"/>
                <w:tag w:val="CHECK_3071"/>
                <w:id w:val="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Hastane / Sağlık Kuruluşu</w:t>
            </w:r>
          </w:p>
        </w:tc>
      </w:tr>
      <w:tr w:rsidR="002A2056" w14:paraId="1C6F0B31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381D7B" w14:textId="77777777" w:rsidR="002A2056" w:rsidRDefault="001C6D6D">
            <w:sdt>
              <w:sdtPr>
                <w:alias w:val="CHECK_3072"/>
                <w:tag w:val="CHECK_3072"/>
                <w:id w:val="3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Uluslararası Kuruluş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CFA6F6" w14:textId="77777777" w:rsidR="002A2056" w:rsidRDefault="001C6D6D">
            <w:sdt>
              <w:sdtPr>
                <w:alias w:val="CHECK_3073"/>
                <w:tag w:val="CHECK_3073"/>
                <w:id w:val="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Medya Kuruluşu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451CCF" w14:textId="77777777" w:rsidR="002A2056" w:rsidRDefault="001C6D6D">
            <w:sdt>
              <w:sdtPr>
                <w:alias w:val="CHECK_3074"/>
                <w:tag w:val="CHECK_3074"/>
                <w:id w:val="3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</w:tr>
    </w:tbl>
    <w:p w14:paraId="6B0D100B" w14:textId="77777777" w:rsidR="002A2056" w:rsidRDefault="002A2056">
      <w:pPr>
        <w:spacing w:after="40"/>
      </w:pPr>
    </w:p>
    <w:p w14:paraId="6F2D6D81" w14:textId="77777777" w:rsidR="002A2056" w:rsidRDefault="001C6D6D">
      <w:pPr>
        <w:keepNext/>
        <w:spacing w:after="40"/>
      </w:pPr>
      <w:r>
        <w:rPr>
          <w:b/>
          <w:color w:val="1F4E78"/>
          <w:sz w:val="19"/>
        </w:rPr>
        <w:t xml:space="preserve">Etkileşim Düzeyi </w:t>
      </w:r>
      <w:r>
        <w:rPr>
          <w:b/>
          <w:color w:val="1F4E78"/>
          <w:sz w:val="19"/>
        </w:rPr>
        <w:t>Seçenekleri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28"/>
        <w:gridCol w:w="3529"/>
        <w:gridCol w:w="3529"/>
      </w:tblGrid>
      <w:tr w:rsidR="002A2056" w14:paraId="479176A0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CEE347" w14:textId="77777777" w:rsidR="002A2056" w:rsidRDefault="001C6D6D">
            <w:sdt>
              <w:sdtPr>
                <w:alias w:val="CHECK_3075"/>
                <w:tag w:val="CHECK_3075"/>
                <w:id w:val="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Bilgilendirildi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F1E68B" w14:textId="77777777" w:rsidR="002A2056" w:rsidRDefault="001C6D6D">
            <w:sdt>
              <w:sdtPr>
                <w:alias w:val="CHECK_3076"/>
                <w:tag w:val="CHECK_3076"/>
                <w:id w:val="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Görüşü Alındı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2654D6" w14:textId="77777777" w:rsidR="002A2056" w:rsidRDefault="001C6D6D">
            <w:sdt>
              <w:sdtPr>
                <w:alias w:val="CHECK_3077"/>
                <w:tag w:val="CHECK_3077"/>
                <w:id w:val="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Destek Sağladı</w:t>
            </w:r>
          </w:p>
        </w:tc>
      </w:tr>
      <w:tr w:rsidR="002A2056" w14:paraId="36246F07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80ACA5" w14:textId="77777777" w:rsidR="002A2056" w:rsidRDefault="001C6D6D">
            <w:sdt>
              <w:sdtPr>
                <w:alias w:val="CHECK_3078"/>
                <w:tag w:val="CHECK_3078"/>
                <w:id w:val="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İş Birliği Yapıldı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6C0B96" w14:textId="77777777" w:rsidR="002A2056" w:rsidRDefault="001C6D6D">
            <w:sdt>
              <w:sdtPr>
                <w:alias w:val="CHECK_3079"/>
                <w:tag w:val="CHECK_3079"/>
                <w:id w:val="3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Ortak Olarak Yürüttü</w:t>
            </w:r>
          </w:p>
        </w:tc>
        <w:tc>
          <w:tcPr>
            <w:tcW w:w="3532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054493" w14:textId="77777777" w:rsidR="002A2056" w:rsidRDefault="002A2056"/>
        </w:tc>
      </w:tr>
    </w:tbl>
    <w:p w14:paraId="2EC43F27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4139"/>
        <w:gridCol w:w="2835"/>
      </w:tblGrid>
      <w:tr w:rsidR="002A2056" w14:paraId="4D3E5D1E" w14:textId="77777777">
        <w:trPr>
          <w:tblHeader/>
          <w:jc w:val="center"/>
        </w:trPr>
        <w:tc>
          <w:tcPr>
            <w:tcW w:w="255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B78C51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6"/>
              </w:rPr>
              <w:t>Paydaş Türü</w:t>
            </w:r>
          </w:p>
        </w:tc>
        <w:tc>
          <w:tcPr>
            <w:tcW w:w="4139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8ECE66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6"/>
              </w:rPr>
              <w:t>Paydaş Adı</w:t>
            </w:r>
          </w:p>
        </w:tc>
        <w:tc>
          <w:tcPr>
            <w:tcW w:w="2835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910A20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6"/>
              </w:rPr>
              <w:t>Etkileşim Düzeyi</w:t>
            </w:r>
          </w:p>
        </w:tc>
      </w:tr>
      <w:tr w:rsidR="002A2056" w14:paraId="0CE6693C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872C86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C40EB6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7523AD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  <w:tr w:rsidR="002A2056" w14:paraId="618D0FA6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5FDDE9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D13FE9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8DA8AE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  <w:tr w:rsidR="002A2056" w14:paraId="12C9A188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9E37A1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C92401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7738C4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  <w:tr w:rsidR="002A2056" w14:paraId="71583ADB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468837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E48D76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13956D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</w:tbl>
    <w:p w14:paraId="60D6CF9B" w14:textId="77777777" w:rsidR="002A2056" w:rsidRDefault="002A2056">
      <w:pPr>
        <w:spacing w:after="40"/>
      </w:pPr>
    </w:p>
    <w:p w14:paraId="2BE74474" w14:textId="77777777" w:rsidR="002A2056" w:rsidRDefault="001C6D6D">
      <w:r>
        <w:rPr>
          <w:b/>
          <w:color w:val="ED7D31"/>
          <w:sz w:val="20"/>
        </w:rPr>
        <w:t>D. Katkı Sağlayan Personel</w:t>
      </w:r>
    </w:p>
    <w:p w14:paraId="6239D321" w14:textId="77777777" w:rsidR="002A2056" w:rsidRDefault="001C6D6D">
      <w:pPr>
        <w:keepNext/>
        <w:spacing w:after="40"/>
      </w:pPr>
      <w:r>
        <w:rPr>
          <w:b/>
          <w:color w:val="1F4E78"/>
          <w:sz w:val="19"/>
        </w:rPr>
        <w:t>Rol Seçenekleri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28"/>
        <w:gridCol w:w="3528"/>
        <w:gridCol w:w="3530"/>
      </w:tblGrid>
      <w:tr w:rsidR="002A2056" w14:paraId="2E2B528E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6593A5" w14:textId="77777777" w:rsidR="002A2056" w:rsidRDefault="001C6D6D">
            <w:sdt>
              <w:sdtPr>
                <w:alias w:val="CHECK_3080"/>
                <w:tag w:val="CHECK_3080"/>
                <w:id w:val="3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Koordinatör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DE080B" w14:textId="77777777" w:rsidR="002A2056" w:rsidRDefault="001C6D6D">
            <w:sdt>
              <w:sdtPr>
                <w:alias w:val="CHECK_3081"/>
                <w:tag w:val="CHECK_3081"/>
                <w:id w:val="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Ekip Üyesi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E76571" w14:textId="77777777" w:rsidR="002A2056" w:rsidRDefault="001C6D6D">
            <w:sdt>
              <w:sdtPr>
                <w:alias w:val="CHECK_3082"/>
                <w:tag w:val="CHECK_3082"/>
                <w:id w:val="3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Eğitici</w:t>
            </w:r>
          </w:p>
        </w:tc>
      </w:tr>
      <w:tr w:rsidR="002A2056" w14:paraId="4683E131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0AD565" w14:textId="77777777" w:rsidR="002A2056" w:rsidRDefault="001C6D6D">
            <w:sdt>
              <w:sdtPr>
                <w:alias w:val="CHECK_3083"/>
                <w:tag w:val="CHECK_3083"/>
                <w:id w:val="3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Konuşmacı / Sunucu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A96C4A" w14:textId="77777777" w:rsidR="002A2056" w:rsidRDefault="001C6D6D">
            <w:sdt>
              <w:sdtPr>
                <w:alias w:val="CHECK_3084"/>
                <w:tag w:val="CHECK_3084"/>
                <w:id w:val="3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Moderatör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AC429B" w14:textId="77777777" w:rsidR="002A2056" w:rsidRDefault="001C6D6D">
            <w:sdt>
              <w:sdtPr>
                <w:alias w:val="CHECK_3085"/>
                <w:tag w:val="CHECK_3085"/>
                <w:id w:val="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Raportör</w:t>
            </w:r>
          </w:p>
        </w:tc>
      </w:tr>
      <w:tr w:rsidR="002A2056" w14:paraId="329C6053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62E712" w14:textId="77777777" w:rsidR="002A2056" w:rsidRDefault="001C6D6D">
            <w:sdt>
              <w:sdtPr>
                <w:alias w:val="CHECK_3086"/>
                <w:tag w:val="CHECK_3086"/>
                <w:id w:val="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Teknik Destek Personeli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478851" w14:textId="77777777" w:rsidR="002A2056" w:rsidRDefault="001C6D6D">
            <w:sdt>
              <w:sdtPr>
                <w:alias w:val="CHECK_3087"/>
                <w:tag w:val="CHECK_3087"/>
                <w:id w:val="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İdari Destek Personeli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4538AF" w14:textId="77777777" w:rsidR="002A2056" w:rsidRDefault="001C6D6D">
            <w:sdt>
              <w:sdtPr>
                <w:alias w:val="CHECK_3088"/>
                <w:tag w:val="CHECK_3088"/>
                <w:id w:val="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Danışman</w:t>
            </w:r>
          </w:p>
        </w:tc>
      </w:tr>
      <w:tr w:rsidR="002A2056" w14:paraId="1E8323A1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282652" w14:textId="77777777" w:rsidR="002A2056" w:rsidRDefault="001C6D6D">
            <w:sdt>
              <w:sdtPr>
                <w:alias w:val="CHECK_3089"/>
                <w:tag w:val="CHECK_3089"/>
                <w:id w:val="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Gözlemci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52ED49" w14:textId="77777777" w:rsidR="002A2056" w:rsidRDefault="001C6D6D">
            <w:sdt>
              <w:sdtPr>
                <w:alias w:val="CHECK_3090"/>
                <w:tag w:val="CHECK_3090"/>
                <w:id w:val="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Gönüllü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65C6AA" w14:textId="77777777" w:rsidR="002A2056" w:rsidRDefault="001C6D6D">
            <w:sdt>
              <w:sdtPr>
                <w:alias w:val="CHECK_3091"/>
                <w:tag w:val="CHECK_3091"/>
                <w:id w:val="3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</w:tr>
    </w:tbl>
    <w:p w14:paraId="27FAA6FD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13"/>
        <w:gridCol w:w="2343"/>
        <w:gridCol w:w="2384"/>
      </w:tblGrid>
      <w:tr w:rsidR="007524CA" w14:paraId="4323C75B" w14:textId="77777777" w:rsidTr="007524CA">
        <w:trPr>
          <w:tblHeader/>
          <w:jc w:val="center"/>
        </w:trPr>
        <w:tc>
          <w:tcPr>
            <w:tcW w:w="3513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4BB6EA" w14:textId="385F02EA" w:rsidR="007524CA" w:rsidRDefault="007524CA" w:rsidP="007524CA">
            <w:pPr>
              <w:jc w:val="center"/>
            </w:pPr>
            <w:r>
              <w:rPr>
                <w:b/>
                <w:color w:val="FFFFFF"/>
                <w:sz w:val="16"/>
              </w:rPr>
              <w:t>Birimi</w:t>
            </w:r>
          </w:p>
        </w:tc>
        <w:tc>
          <w:tcPr>
            <w:tcW w:w="2343" w:type="dxa"/>
            <w:shd w:val="clear" w:color="auto" w:fill="5B9BD5"/>
          </w:tcPr>
          <w:p w14:paraId="4444422D" w14:textId="32471416" w:rsidR="007524CA" w:rsidRDefault="007524CA" w:rsidP="007524CA">
            <w:pPr>
              <w:jc w:val="center"/>
              <w:rPr>
                <w:b/>
                <w:color w:val="FFFFFF"/>
                <w:sz w:val="16"/>
              </w:rPr>
            </w:pPr>
            <w:r w:rsidRPr="007524CA">
              <w:rPr>
                <w:b/>
                <w:color w:val="FFFFFF"/>
                <w:sz w:val="16"/>
              </w:rPr>
              <w:t>Katkı Türü</w:t>
            </w:r>
          </w:p>
        </w:tc>
        <w:tc>
          <w:tcPr>
            <w:tcW w:w="2384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B51642" w14:textId="55735301" w:rsidR="007524CA" w:rsidRDefault="007524CA" w:rsidP="007524CA">
            <w:pPr>
              <w:jc w:val="center"/>
            </w:pPr>
            <w:r>
              <w:rPr>
                <w:b/>
                <w:color w:val="FFFFFF"/>
                <w:sz w:val="16"/>
              </w:rPr>
              <w:t>Rolü</w:t>
            </w:r>
          </w:p>
        </w:tc>
      </w:tr>
      <w:tr w:rsidR="007524CA" w14:paraId="48734A4D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D70421" w14:textId="23915DC7" w:rsidR="007524CA" w:rsidRDefault="001C6D6D" w:rsidP="007524CA">
            <w:sdt>
              <w:sdtPr>
                <w:alias w:val="KATKI_PERSONEL_BIRIM"/>
                <w:tag w:val="KATKI_PERSONEL_BIRIM"/>
                <w:id w:val="898555482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7524CA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1719A158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C66DE9" w14:textId="09AB9902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1DC92679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879B39" w14:textId="579CC7BD" w:rsidR="007524CA" w:rsidRDefault="001C6D6D" w:rsidP="007524CA">
            <w:sdt>
              <w:sdtPr>
                <w:alias w:val="KATKI_PERSONEL_BIRIM"/>
                <w:tag w:val="KATKI_PERSONEL_BIRIM"/>
                <w:id w:val="176673235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7524CA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7A6D18FC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5ABB1C" w14:textId="4D4F689C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7FFBB35D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BAA1AF" w14:textId="279D850A" w:rsidR="007524CA" w:rsidRDefault="001C6D6D" w:rsidP="007524CA">
            <w:sdt>
              <w:sdtPr>
                <w:alias w:val="KATKI_PERSONEL_BIRIM"/>
                <w:tag w:val="KATKI_PERSONEL_BIRIM"/>
                <w:id w:val="-1039508976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7524CA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19875415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D99A27" w14:textId="46648677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4A17C2BC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5E981B" w14:textId="07FBFD5F" w:rsidR="007524CA" w:rsidRDefault="001C6D6D" w:rsidP="007524CA">
            <w:sdt>
              <w:sdtPr>
                <w:alias w:val="KATKI_PERSONEL_BIRIM"/>
                <w:tag w:val="KATKI_PERSONEL_BIRIM"/>
                <w:id w:val="-765063478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7524CA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6A3F4720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FE1927" w14:textId="77B15CBA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463FA14C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3CB3AE" w14:textId="6C14B82A" w:rsidR="007524CA" w:rsidRDefault="001C6D6D" w:rsidP="007524CA">
            <w:sdt>
              <w:sdtPr>
                <w:alias w:val="KATKI_PERSONEL_BIRIM"/>
                <w:tag w:val="KATKI_PERSONEL_BIRIM"/>
                <w:id w:val="-472679689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7524CA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2E2773FC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C5D315" w14:textId="189884B3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</w:tbl>
    <w:p w14:paraId="121BC431" w14:textId="77777777" w:rsidR="002A2056" w:rsidRDefault="002A2056">
      <w:pPr>
        <w:spacing w:after="40"/>
      </w:pPr>
    </w:p>
    <w:p w14:paraId="7584EC59" w14:textId="77777777" w:rsidR="00537FAC" w:rsidRDefault="00537FAC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60CF9DF4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424EA3" w14:textId="77777777" w:rsidR="002A2056" w:rsidRDefault="001C6D6D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4. RİSK YÖNETİMİ</w:t>
            </w:r>
          </w:p>
        </w:tc>
      </w:tr>
    </w:tbl>
    <w:p w14:paraId="17EB7235" w14:textId="77777777" w:rsidR="002A2056" w:rsidRDefault="001C6D6D">
      <w:pPr>
        <w:spacing w:before="60" w:after="120"/>
      </w:pPr>
      <w:r>
        <w:rPr>
          <w:i/>
          <w:color w:val="5A5A5A"/>
          <w:sz w:val="17"/>
        </w:rPr>
        <w:t xml:space="preserve">Faaliyetin planlandığı şekilde gerçekleştirilmesini veya hedeflerine ulaşmasını olumsuz etkileyebilecek olası riski belirtiniz. Riskin nedeni veya </w:t>
      </w:r>
      <w:r>
        <w:rPr>
          <w:i/>
          <w:color w:val="5A5A5A"/>
          <w:sz w:val="17"/>
        </w:rPr>
        <w:t>önlemi yerine riskin kendisini seçiniz/yazınız.</w:t>
      </w:r>
    </w:p>
    <w:p w14:paraId="3E89298E" w14:textId="77777777" w:rsidR="002A2056" w:rsidRDefault="001C6D6D">
      <w:pPr>
        <w:keepNext/>
        <w:spacing w:after="40"/>
      </w:pPr>
      <w:r>
        <w:rPr>
          <w:b/>
          <w:color w:val="1F4E78"/>
          <w:sz w:val="19"/>
        </w:rPr>
        <w:t>Risk Tanımı *</w:t>
      </w:r>
      <w:r>
        <w:rPr>
          <w:i/>
          <w:color w:val="5A5A5A"/>
          <w:sz w:val="16"/>
        </w:rPr>
        <w:t xml:space="preserve">  Bir seçenek işaretleyiniz.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86"/>
      </w:tblGrid>
      <w:tr w:rsidR="002A2056" w14:paraId="7A4E418D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0BFF4F" w14:textId="77777777" w:rsidR="002A2056" w:rsidRDefault="001C6D6D">
            <w:sdt>
              <w:sdtPr>
                <w:alias w:val="CHECK_3092"/>
                <w:tag w:val="CHECK_3092"/>
                <w:id w:val="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Katılımcı sayısının beklenen düzeyin altında kalması</w:t>
            </w:r>
          </w:p>
        </w:tc>
      </w:tr>
      <w:tr w:rsidR="002A2056" w14:paraId="54F3C09D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35C5D8" w14:textId="77777777" w:rsidR="002A2056" w:rsidRDefault="001C6D6D">
            <w:sdt>
              <w:sdtPr>
                <w:alias w:val="CHECK_3093"/>
                <w:tag w:val="CHECK_3093"/>
                <w:id w:val="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Faaliyetin planlanan tarihte gerçekleştirilememesi</w:t>
            </w:r>
          </w:p>
        </w:tc>
      </w:tr>
      <w:tr w:rsidR="002A2056" w14:paraId="49E5F395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6313C60" w14:textId="77777777" w:rsidR="002A2056" w:rsidRDefault="001C6D6D">
            <w:sdt>
              <w:sdtPr>
                <w:alias w:val="CHECK_3094"/>
                <w:tag w:val="CHECK_3094"/>
                <w:id w:val="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Teknik altyapı veya sistem arızası yaşanması</w:t>
            </w:r>
          </w:p>
        </w:tc>
      </w:tr>
      <w:tr w:rsidR="002A2056" w14:paraId="49D8DA64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BE8AA0" w14:textId="77777777" w:rsidR="002A2056" w:rsidRDefault="001C6D6D">
            <w:sdt>
              <w:sdtPr>
                <w:alias w:val="CHECK_3095"/>
                <w:tag w:val="CHECK_3095"/>
                <w:id w:val="3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Gerekli ekipman veya malzemenin temin edilememesi</w:t>
            </w:r>
          </w:p>
        </w:tc>
      </w:tr>
      <w:tr w:rsidR="002A2056" w14:paraId="4FD5CF0B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3F05FF" w14:textId="77777777" w:rsidR="002A2056" w:rsidRDefault="001C6D6D">
            <w:sdt>
              <w:sdtPr>
                <w:alias w:val="CHECK_3096"/>
                <w:tag w:val="CHECK_3096"/>
                <w:id w:val="3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Yeterli bütçe veya kaynağın sağlanamaması</w:t>
            </w:r>
          </w:p>
        </w:tc>
      </w:tr>
      <w:tr w:rsidR="002A2056" w14:paraId="1095E690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74B6CE" w14:textId="77777777" w:rsidR="002A2056" w:rsidRDefault="001C6D6D">
            <w:sdt>
              <w:sdtPr>
                <w:alias w:val="CHECK_3097"/>
                <w:tag w:val="CHECK_3097"/>
                <w:id w:val="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İnsan kaynağının yetersiz kalması</w:t>
            </w:r>
          </w:p>
        </w:tc>
      </w:tr>
      <w:tr w:rsidR="002A2056" w14:paraId="595A8486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BAE11A" w14:textId="77777777" w:rsidR="002A2056" w:rsidRDefault="001C6D6D">
            <w:sdt>
              <w:sdtPr>
                <w:alias w:val="CHECK_3098"/>
                <w:tag w:val="CHECK_3098"/>
                <w:id w:val="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Paydaşlarla koordinasyon veya iletişim sorunu yaşanması</w:t>
            </w:r>
          </w:p>
        </w:tc>
      </w:tr>
      <w:tr w:rsidR="002A2056" w14:paraId="555A872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9AFFF8" w14:textId="77777777" w:rsidR="002A2056" w:rsidRDefault="001C6D6D">
            <w:sdt>
              <w:sdtPr>
                <w:alias w:val="CHECK_3099"/>
                <w:tag w:val="CHECK_3099"/>
                <w:id w:val="3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Gerekli izin veya onay süreçlerinin gecikmesi</w:t>
            </w:r>
          </w:p>
        </w:tc>
      </w:tr>
      <w:tr w:rsidR="002A2056" w14:paraId="59F1BB59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002756" w14:textId="77777777" w:rsidR="002A2056" w:rsidRDefault="001C6D6D">
            <w:sdt>
              <w:sdtPr>
                <w:alias w:val="CHECK_3100"/>
                <w:tag w:val="CHECK_3100"/>
                <w:id w:val="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Hedeflenen çıktı veya performans göstergesine ulaşılamaması</w:t>
            </w:r>
          </w:p>
        </w:tc>
      </w:tr>
      <w:tr w:rsidR="002A2056" w14:paraId="739155A2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AD2C83" w14:textId="77777777" w:rsidR="002A2056" w:rsidRDefault="001C6D6D">
            <w:sdt>
              <w:sdtPr>
                <w:alias w:val="CHECK_3101"/>
                <w:tag w:val="CHECK_3101"/>
                <w:id w:val="3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Mücbir sebep (hava koşulları, afet vb.)</w:t>
            </w:r>
          </w:p>
        </w:tc>
      </w:tr>
      <w:tr w:rsidR="002A2056" w14:paraId="733CFBA0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8F22F6" w14:textId="77777777" w:rsidR="002A2056" w:rsidRDefault="001C6D6D">
            <w:sdt>
              <w:sdtPr>
                <w:alias w:val="CHECK_3102"/>
                <w:tag w:val="CHECK_3102"/>
                <w:id w:val="3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 (Açıklayınız): ........................................................................</w:t>
            </w:r>
          </w:p>
        </w:tc>
      </w:tr>
    </w:tbl>
    <w:p w14:paraId="058E152D" w14:textId="77777777" w:rsidR="002A2056" w:rsidRDefault="002A2056">
      <w:pPr>
        <w:spacing w:after="40"/>
      </w:pPr>
    </w:p>
    <w:p w14:paraId="36CF1020" w14:textId="77777777" w:rsidR="002A2056" w:rsidRDefault="001C6D6D">
      <w:pPr>
        <w:keepNext/>
        <w:spacing w:after="40"/>
      </w:pPr>
      <w:r>
        <w:rPr>
          <w:b/>
          <w:color w:val="1F4E78"/>
          <w:sz w:val="19"/>
        </w:rPr>
        <w:t>Risk Olasılığı *</w:t>
      </w:r>
      <w:r>
        <w:rPr>
          <w:i/>
          <w:color w:val="5A5A5A"/>
          <w:sz w:val="16"/>
        </w:rPr>
        <w:t xml:space="preserve">  Gerçekleşme ihtimalini değerlen</w:t>
      </w:r>
      <w:r>
        <w:rPr>
          <w:i/>
          <w:color w:val="5A5A5A"/>
          <w:sz w:val="16"/>
        </w:rPr>
        <w:t>diriniz.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67D6377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AA7EFB" w14:textId="77777777" w:rsidR="002A2056" w:rsidRDefault="001C6D6D">
            <w:sdt>
              <w:sdtPr>
                <w:alias w:val="CHECK_3103"/>
                <w:tag w:val="CHECK_3103"/>
                <w:id w:val="3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1 - Çok Düşük: Gerçekleşmesi beklenmez; istisnai durumlarda ortaya çıkabilir.</w:t>
            </w:r>
          </w:p>
        </w:tc>
      </w:tr>
      <w:tr w:rsidR="002A2056" w14:paraId="4D3748AD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1B2A6D" w14:textId="77777777" w:rsidR="002A2056" w:rsidRDefault="001C6D6D">
            <w:sdt>
              <w:sdtPr>
                <w:alias w:val="CHECK_3104"/>
                <w:tag w:val="CHECK_3104"/>
                <w:id w:val="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2 - Düşük: Nadiren gerçekleşebilir.</w:t>
            </w:r>
          </w:p>
        </w:tc>
      </w:tr>
      <w:tr w:rsidR="002A2056" w14:paraId="620B494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EBEDB6" w14:textId="77777777" w:rsidR="002A2056" w:rsidRDefault="001C6D6D">
            <w:sdt>
              <w:sdtPr>
                <w:alias w:val="CHECK_3105"/>
                <w:tag w:val="CHECK_3105"/>
                <w:id w:val="3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3 - Orta: Zaman zaman gerçekleşebilir.</w:t>
            </w:r>
          </w:p>
        </w:tc>
      </w:tr>
      <w:tr w:rsidR="002A2056" w14:paraId="49725267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07847B" w14:textId="77777777" w:rsidR="002A2056" w:rsidRDefault="001C6D6D">
            <w:sdt>
              <w:sdtPr>
                <w:alias w:val="CHECK_3106"/>
                <w:tag w:val="CHECK_3106"/>
                <w:id w:val="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4 - Yüksek: Gerçekleşme ihtimali yüksektir; benzer faaliyetlerde sık görüle</w:t>
            </w:r>
            <w:r>
              <w:rPr>
                <w:sz w:val="16"/>
              </w:rPr>
              <w:t>bilir.</w:t>
            </w:r>
          </w:p>
        </w:tc>
      </w:tr>
      <w:tr w:rsidR="002A2056" w14:paraId="657FC828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D00C97" w14:textId="77777777" w:rsidR="002A2056" w:rsidRDefault="001C6D6D">
            <w:sdt>
              <w:sdtPr>
                <w:alias w:val="CHECK_3107"/>
                <w:tag w:val="CHECK_3107"/>
                <w:id w:val="3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5 - Çok Yüksek: Gerçekleşmesi kuvvetle muhtemeldir veya önlem alınmazsa beklenmektedir.</w:t>
            </w:r>
          </w:p>
        </w:tc>
      </w:tr>
    </w:tbl>
    <w:p w14:paraId="722E956C" w14:textId="77777777" w:rsidR="002A2056" w:rsidRDefault="002A2056">
      <w:pPr>
        <w:spacing w:after="40"/>
      </w:pPr>
    </w:p>
    <w:p w14:paraId="002749D9" w14:textId="77777777" w:rsidR="002A2056" w:rsidRDefault="001C6D6D">
      <w:pPr>
        <w:keepNext/>
        <w:spacing w:after="40"/>
      </w:pPr>
      <w:r>
        <w:rPr>
          <w:b/>
          <w:color w:val="1F4E78"/>
          <w:sz w:val="19"/>
        </w:rPr>
        <w:t>Riskin Etkisi *</w:t>
      </w:r>
      <w:r>
        <w:rPr>
          <w:i/>
          <w:color w:val="5A5A5A"/>
          <w:sz w:val="16"/>
        </w:rPr>
        <w:t xml:space="preserve">  Risk gerçekleşirse oluşacak sonucu değerlendiriniz.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4673DE4E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48B5D0" w14:textId="77777777" w:rsidR="002A2056" w:rsidRDefault="001C6D6D">
            <w:sdt>
              <w:sdtPr>
                <w:alias w:val="CHECK_3108"/>
                <w:tag w:val="CHECK_3108"/>
                <w:id w:val="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1 - Çok Düşük: İhmal edilebilir etki; faaliyet önemli aksama olmadan sürdürülebilir.</w:t>
            </w:r>
          </w:p>
        </w:tc>
      </w:tr>
      <w:tr w:rsidR="002A2056" w14:paraId="15F4390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243438" w14:textId="77777777" w:rsidR="002A2056" w:rsidRDefault="001C6D6D">
            <w:sdt>
              <w:sdtPr>
                <w:alias w:val="CHECK_3109"/>
                <w:tag w:val="CHECK_3109"/>
                <w:id w:val="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2 - Düşük: Sınırlı etki; küçük düzenlemelerle süreç sürdürülebilir.</w:t>
            </w:r>
          </w:p>
        </w:tc>
      </w:tr>
      <w:tr w:rsidR="002A2056" w14:paraId="1DB53F6E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3CEF4D" w14:textId="77777777" w:rsidR="002A2056" w:rsidRDefault="001C6D6D">
            <w:sdt>
              <w:sdtPr>
                <w:alias w:val="CHECK_3110"/>
                <w:tag w:val="CHECK_3110"/>
                <w:id w:val="3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3 - Orta: Faaliyetin belirli bölümlerini etkiler; ek zaman, kaynak veya koordinasyon gerektirebilir.</w:t>
            </w:r>
          </w:p>
        </w:tc>
      </w:tr>
      <w:tr w:rsidR="002A2056" w14:paraId="7165B79C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4F2C5D" w14:textId="77777777" w:rsidR="002A2056" w:rsidRDefault="001C6D6D">
            <w:sdt>
              <w:sdtPr>
                <w:alias w:val="CHECK_3111"/>
                <w:tag w:val="CHECK_3111"/>
                <w:id w:val="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4 - Yüksek: Faaliyeti önemli ölçüde aksatabilir veya hedeflerin büyük kısmına ulaşılamamasına neden olabilir.</w:t>
            </w:r>
          </w:p>
        </w:tc>
      </w:tr>
      <w:tr w:rsidR="002A2056" w14:paraId="06947E06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41D4FB" w14:textId="77777777" w:rsidR="002A2056" w:rsidRDefault="001C6D6D">
            <w:sdt>
              <w:sdtPr>
                <w:alias w:val="CHECK_3112"/>
                <w:tag w:val="CHECK_3112"/>
                <w:id w:val="3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5 - Çok Yüksek: Faaliyetin gerçekl</w:t>
            </w:r>
            <w:r>
              <w:rPr>
                <w:sz w:val="16"/>
              </w:rPr>
              <w:t>eştirilememesine, iptaline veya temel hedeflere ulaşılamamasına neden olabilir.</w:t>
            </w:r>
          </w:p>
        </w:tc>
      </w:tr>
    </w:tbl>
    <w:p w14:paraId="09B361AF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394"/>
        <w:gridCol w:w="6382"/>
      </w:tblGrid>
      <w:tr w:rsidR="002A2056" w14:paraId="39EDCF5B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B71E36" w14:textId="77777777" w:rsidR="002A2056" w:rsidRDefault="001C6D6D">
            <w:r>
              <w:rPr>
                <w:b/>
              </w:rPr>
              <w:t>Önlem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0EDAD4" w14:textId="77777777" w:rsidR="002A2056" w:rsidRDefault="001C6D6D">
            <w:r>
              <w:rPr>
                <w:color w:val="464646"/>
              </w:rPr>
              <w:t>Belirlenen riskin gerçekleşme ihtimalini azaltmak veya etkisini en aza indirmek için planlanan önlem:</w:t>
            </w:r>
            <w:r>
              <w:rPr>
                <w:color w:val="464646"/>
              </w:rPr>
              <w:br/>
              <w:t>................................................................</w:t>
            </w:r>
            <w:r>
              <w:rPr>
                <w:color w:val="464646"/>
              </w:rPr>
              <w:t>............................................................</w:t>
            </w:r>
            <w:r>
              <w:rPr>
                <w:color w:val="464646"/>
              </w:rPr>
              <w:br/>
              <w:t>............................................................................................................................</w:t>
            </w:r>
          </w:p>
        </w:tc>
      </w:tr>
    </w:tbl>
    <w:p w14:paraId="7338B5D0" w14:textId="77777777" w:rsidR="002A2056" w:rsidRDefault="002A2056">
      <w:pPr>
        <w:spacing w:after="40"/>
      </w:pPr>
    </w:p>
    <w:p w14:paraId="58BC5BC1" w14:textId="77777777" w:rsidR="00537FAC" w:rsidRDefault="00537FAC">
      <w:pPr>
        <w:spacing w:after="40"/>
      </w:pPr>
    </w:p>
    <w:p w14:paraId="50D8D655" w14:textId="77777777" w:rsidR="00537FAC" w:rsidRDefault="00537FAC">
      <w:pPr>
        <w:spacing w:after="40"/>
      </w:pPr>
    </w:p>
    <w:p w14:paraId="7ABC3F97" w14:textId="77777777" w:rsidR="00537FAC" w:rsidRDefault="00537FAC">
      <w:pPr>
        <w:spacing w:after="40"/>
      </w:pPr>
    </w:p>
    <w:p w14:paraId="17C74156" w14:textId="77777777" w:rsidR="00537FAC" w:rsidRDefault="00537FAC">
      <w:pPr>
        <w:spacing w:after="40"/>
      </w:pPr>
    </w:p>
    <w:p w14:paraId="08F55FAE" w14:textId="77777777" w:rsidR="00537FAC" w:rsidRDefault="00537FAC">
      <w:pPr>
        <w:spacing w:after="40"/>
      </w:pPr>
    </w:p>
    <w:p w14:paraId="47F632EE" w14:textId="77777777" w:rsidR="00537FAC" w:rsidRDefault="00537FAC">
      <w:pPr>
        <w:spacing w:after="40"/>
      </w:pPr>
    </w:p>
    <w:p w14:paraId="437B8FA2" w14:textId="77777777" w:rsidR="00537FAC" w:rsidRDefault="00537FAC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698823E5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A3F202" w14:textId="77777777" w:rsidR="002A2056" w:rsidRDefault="001C6D6D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5. BM SÜRDÜRÜLEBİLİR KALKINMA AMAÇLARI (SKA) ETKİSİ</w:t>
            </w:r>
          </w:p>
        </w:tc>
      </w:tr>
    </w:tbl>
    <w:p w14:paraId="26D5FAFC" w14:textId="77777777" w:rsidR="002A2056" w:rsidRDefault="001C6D6D">
      <w:pPr>
        <w:spacing w:before="60" w:after="120"/>
      </w:pPr>
      <w:r>
        <w:rPr>
          <w:i/>
          <w:color w:val="5A5A5A"/>
          <w:sz w:val="17"/>
        </w:rPr>
        <w:t>Faaliyetle ilişkili tüm amaçları işaretleyiniz. Her seçilen amaç için etki düzeyini de işaretleyiniz. Hiçbir amaçla ilişkisi yoksa yalnızca “BM Etkisi Yok” seçeneğini işaretleyiniz.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119"/>
        <w:gridCol w:w="2119"/>
        <w:gridCol w:w="2119"/>
        <w:gridCol w:w="2119"/>
        <w:gridCol w:w="2119"/>
      </w:tblGrid>
      <w:tr w:rsidR="002A2056" w14:paraId="1B6198C3" w14:textId="77777777">
        <w:trPr>
          <w:tblHeader/>
          <w:jc w:val="center"/>
        </w:trPr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A5382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5"/>
              </w:rPr>
              <w:t>BM Sürdürülebilir Kalkınma Amacı</w:t>
            </w:r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2AABE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5"/>
              </w:rPr>
              <w:t>İlgili</w:t>
            </w:r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D396E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5"/>
              </w:rPr>
              <w:t>Düşük Etki</w:t>
            </w:r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0F4ED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5"/>
              </w:rPr>
              <w:t>Orta Etki</w:t>
            </w:r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0D1E9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5"/>
              </w:rPr>
              <w:t>Yüksek Etki</w:t>
            </w:r>
          </w:p>
        </w:tc>
      </w:tr>
      <w:tr w:rsidR="002A2056" w14:paraId="153E6A63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2E1E66" w14:textId="77777777" w:rsidR="002A2056" w:rsidRDefault="001C6D6D">
            <w:r>
              <w:rPr>
                <w:sz w:val="15"/>
              </w:rPr>
              <w:t>1. Yoksulluğa Son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50F351" w14:textId="77777777" w:rsidR="002A2056" w:rsidRDefault="001C6D6D">
            <w:pPr>
              <w:jc w:val="center"/>
            </w:pPr>
            <w:sdt>
              <w:sdtPr>
                <w:alias w:val="CHECK_3113"/>
                <w:tag w:val="CHECK_3113"/>
                <w:id w:val="3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93301D" w14:textId="77777777" w:rsidR="002A2056" w:rsidRDefault="001C6D6D">
            <w:pPr>
              <w:jc w:val="center"/>
            </w:pPr>
            <w:sdt>
              <w:sdtPr>
                <w:alias w:val="CHECK_3114"/>
                <w:tag w:val="CHECK_3114"/>
                <w:id w:val="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A9792A" w14:textId="77777777" w:rsidR="002A2056" w:rsidRDefault="001C6D6D">
            <w:pPr>
              <w:jc w:val="center"/>
            </w:pPr>
            <w:sdt>
              <w:sdtPr>
                <w:alias w:val="CHECK_3115"/>
                <w:tag w:val="CHECK_3115"/>
                <w:id w:val="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9A15AD" w14:textId="77777777" w:rsidR="002A2056" w:rsidRDefault="001C6D6D">
            <w:pPr>
              <w:jc w:val="center"/>
            </w:pPr>
            <w:sdt>
              <w:sdtPr>
                <w:alias w:val="CHECK_3116"/>
                <w:tag w:val="CHECK_3116"/>
                <w:id w:val="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60852DF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8417F5" w14:textId="77777777" w:rsidR="002A2056" w:rsidRDefault="001C6D6D">
            <w:r>
              <w:rPr>
                <w:sz w:val="15"/>
              </w:rPr>
              <w:t>2. Açlığa Son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97CA20" w14:textId="77777777" w:rsidR="002A2056" w:rsidRDefault="001C6D6D">
            <w:pPr>
              <w:jc w:val="center"/>
            </w:pPr>
            <w:sdt>
              <w:sdtPr>
                <w:alias w:val="CHECK_3117"/>
                <w:tag w:val="CHECK_3117"/>
                <w:id w:val="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320957" w14:textId="77777777" w:rsidR="002A2056" w:rsidRDefault="001C6D6D">
            <w:pPr>
              <w:jc w:val="center"/>
            </w:pPr>
            <w:sdt>
              <w:sdtPr>
                <w:alias w:val="CHECK_3118"/>
                <w:tag w:val="CHECK_3118"/>
                <w:id w:val="3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9D0EAB" w14:textId="77777777" w:rsidR="002A2056" w:rsidRDefault="001C6D6D">
            <w:pPr>
              <w:jc w:val="center"/>
            </w:pPr>
            <w:sdt>
              <w:sdtPr>
                <w:alias w:val="CHECK_3119"/>
                <w:tag w:val="CHECK_3119"/>
                <w:id w:val="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489B93" w14:textId="77777777" w:rsidR="002A2056" w:rsidRDefault="001C6D6D">
            <w:pPr>
              <w:jc w:val="center"/>
            </w:pPr>
            <w:sdt>
              <w:sdtPr>
                <w:alias w:val="CHECK_3120"/>
                <w:tag w:val="CHECK_3120"/>
                <w:id w:val="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5F1AE9D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425013" w14:textId="77777777" w:rsidR="002A2056" w:rsidRDefault="001C6D6D">
            <w:r>
              <w:rPr>
                <w:sz w:val="15"/>
              </w:rPr>
              <w:t>3. Sağlık ve Kaliteli Yaşam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06CAD6" w14:textId="77777777" w:rsidR="002A2056" w:rsidRDefault="001C6D6D">
            <w:pPr>
              <w:jc w:val="center"/>
            </w:pPr>
            <w:sdt>
              <w:sdtPr>
                <w:alias w:val="CHECK_3121"/>
                <w:tag w:val="CHECK_3121"/>
                <w:id w:val="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A036CE" w14:textId="77777777" w:rsidR="002A2056" w:rsidRDefault="001C6D6D">
            <w:pPr>
              <w:jc w:val="center"/>
            </w:pPr>
            <w:sdt>
              <w:sdtPr>
                <w:alias w:val="CHECK_3122"/>
                <w:tag w:val="CHECK_3122"/>
                <w:id w:val="3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63461E" w14:textId="77777777" w:rsidR="002A2056" w:rsidRDefault="001C6D6D">
            <w:pPr>
              <w:jc w:val="center"/>
            </w:pPr>
            <w:sdt>
              <w:sdtPr>
                <w:alias w:val="CHECK_3123"/>
                <w:tag w:val="CHECK_3123"/>
                <w:id w:val="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85B91B" w14:textId="77777777" w:rsidR="002A2056" w:rsidRDefault="001C6D6D">
            <w:pPr>
              <w:jc w:val="center"/>
            </w:pPr>
            <w:sdt>
              <w:sdtPr>
                <w:alias w:val="CHECK_3124"/>
                <w:tag w:val="CHECK_3124"/>
                <w:id w:val="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107B2431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8AD82C" w14:textId="77777777" w:rsidR="002A2056" w:rsidRDefault="001C6D6D">
            <w:r>
              <w:rPr>
                <w:sz w:val="15"/>
              </w:rPr>
              <w:t>4. Nitelikli Eğitim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93D764" w14:textId="77777777" w:rsidR="002A2056" w:rsidRDefault="001C6D6D">
            <w:pPr>
              <w:jc w:val="center"/>
            </w:pPr>
            <w:sdt>
              <w:sdtPr>
                <w:alias w:val="CHECK_3125"/>
                <w:tag w:val="CHECK_3125"/>
                <w:id w:val="3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BAF524" w14:textId="77777777" w:rsidR="002A2056" w:rsidRDefault="001C6D6D">
            <w:pPr>
              <w:jc w:val="center"/>
            </w:pPr>
            <w:sdt>
              <w:sdtPr>
                <w:alias w:val="CHECK_3126"/>
                <w:tag w:val="CHECK_3126"/>
                <w:id w:val="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5B2970" w14:textId="77777777" w:rsidR="002A2056" w:rsidRDefault="001C6D6D">
            <w:pPr>
              <w:jc w:val="center"/>
            </w:pPr>
            <w:sdt>
              <w:sdtPr>
                <w:alias w:val="CHECK_3127"/>
                <w:tag w:val="CHECK_3127"/>
                <w:id w:val="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5192D7" w14:textId="77777777" w:rsidR="002A2056" w:rsidRDefault="001C6D6D">
            <w:pPr>
              <w:jc w:val="center"/>
            </w:pPr>
            <w:sdt>
              <w:sdtPr>
                <w:alias w:val="CHECK_3128"/>
                <w:tag w:val="CHECK_3128"/>
                <w:id w:val="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569836C6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28166F" w14:textId="77777777" w:rsidR="002A2056" w:rsidRDefault="001C6D6D">
            <w:r>
              <w:rPr>
                <w:sz w:val="15"/>
              </w:rPr>
              <w:lastRenderedPageBreak/>
              <w:t>5. Toplumsal Cinsiyet Eşitliği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F187BA" w14:textId="77777777" w:rsidR="002A2056" w:rsidRDefault="001C6D6D">
            <w:pPr>
              <w:jc w:val="center"/>
            </w:pPr>
            <w:sdt>
              <w:sdtPr>
                <w:alias w:val="CHECK_3129"/>
                <w:tag w:val="CHECK_3129"/>
                <w:id w:val="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F0B786" w14:textId="77777777" w:rsidR="002A2056" w:rsidRDefault="001C6D6D">
            <w:pPr>
              <w:jc w:val="center"/>
            </w:pPr>
            <w:sdt>
              <w:sdtPr>
                <w:alias w:val="CHECK_3130"/>
                <w:tag w:val="CHECK_3130"/>
                <w:id w:val="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BD5810" w14:textId="77777777" w:rsidR="002A2056" w:rsidRDefault="001C6D6D">
            <w:pPr>
              <w:jc w:val="center"/>
            </w:pPr>
            <w:sdt>
              <w:sdtPr>
                <w:alias w:val="CHECK_3131"/>
                <w:tag w:val="CHECK_3131"/>
                <w:id w:val="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E82320" w14:textId="77777777" w:rsidR="002A2056" w:rsidRDefault="001C6D6D">
            <w:pPr>
              <w:jc w:val="center"/>
            </w:pPr>
            <w:sdt>
              <w:sdtPr>
                <w:alias w:val="CHECK_3132"/>
                <w:tag w:val="CHECK_3132"/>
                <w:id w:val="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62289C10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7A33F4" w14:textId="77777777" w:rsidR="002A2056" w:rsidRDefault="001C6D6D">
            <w:r>
              <w:rPr>
                <w:sz w:val="15"/>
              </w:rPr>
              <w:t>6. Temiz Su ve Sanitasyon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27F24D" w14:textId="77777777" w:rsidR="002A2056" w:rsidRDefault="001C6D6D">
            <w:pPr>
              <w:jc w:val="center"/>
            </w:pPr>
            <w:sdt>
              <w:sdtPr>
                <w:alias w:val="CHECK_3133"/>
                <w:tag w:val="CHECK_3133"/>
                <w:id w:val="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876BEE" w14:textId="77777777" w:rsidR="002A2056" w:rsidRDefault="001C6D6D">
            <w:pPr>
              <w:jc w:val="center"/>
            </w:pPr>
            <w:sdt>
              <w:sdtPr>
                <w:alias w:val="CHECK_3134"/>
                <w:tag w:val="CHECK_3134"/>
                <w:id w:val="3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48253" w14:textId="77777777" w:rsidR="002A2056" w:rsidRDefault="001C6D6D">
            <w:pPr>
              <w:jc w:val="center"/>
            </w:pPr>
            <w:sdt>
              <w:sdtPr>
                <w:alias w:val="CHECK_3135"/>
                <w:tag w:val="CHECK_3135"/>
                <w:id w:val="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485D1B" w14:textId="77777777" w:rsidR="002A2056" w:rsidRDefault="001C6D6D">
            <w:pPr>
              <w:jc w:val="center"/>
            </w:pPr>
            <w:sdt>
              <w:sdtPr>
                <w:alias w:val="CHECK_3136"/>
                <w:tag w:val="CHECK_3136"/>
                <w:id w:val="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17D6D04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F8080D" w14:textId="77777777" w:rsidR="002A2056" w:rsidRDefault="001C6D6D">
            <w:r>
              <w:rPr>
                <w:sz w:val="15"/>
              </w:rPr>
              <w:t xml:space="preserve">7. Erişilebilir </w:t>
            </w:r>
            <w:r>
              <w:rPr>
                <w:sz w:val="15"/>
              </w:rPr>
              <w:t>ve Temiz Enerji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59A654" w14:textId="77777777" w:rsidR="002A2056" w:rsidRDefault="001C6D6D">
            <w:pPr>
              <w:jc w:val="center"/>
            </w:pPr>
            <w:sdt>
              <w:sdtPr>
                <w:alias w:val="CHECK_3137"/>
                <w:tag w:val="CHECK_3137"/>
                <w:id w:val="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4EA28F" w14:textId="77777777" w:rsidR="002A2056" w:rsidRDefault="001C6D6D">
            <w:pPr>
              <w:jc w:val="center"/>
            </w:pPr>
            <w:sdt>
              <w:sdtPr>
                <w:alias w:val="CHECK_3138"/>
                <w:tag w:val="CHECK_3138"/>
                <w:id w:val="3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BF0AB5" w14:textId="77777777" w:rsidR="002A2056" w:rsidRDefault="001C6D6D">
            <w:pPr>
              <w:jc w:val="center"/>
            </w:pPr>
            <w:sdt>
              <w:sdtPr>
                <w:alias w:val="CHECK_3139"/>
                <w:tag w:val="CHECK_3139"/>
                <w:id w:val="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0ABBE3" w14:textId="77777777" w:rsidR="002A2056" w:rsidRDefault="001C6D6D">
            <w:pPr>
              <w:jc w:val="center"/>
            </w:pPr>
            <w:sdt>
              <w:sdtPr>
                <w:alias w:val="CHECK_3140"/>
                <w:tag w:val="CHECK_3140"/>
                <w:id w:val="3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1360868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1F5D6" w14:textId="77777777" w:rsidR="002A2056" w:rsidRDefault="001C6D6D">
            <w:r>
              <w:rPr>
                <w:sz w:val="15"/>
              </w:rPr>
              <w:t>8. İnsana Yakışır İş ve Ekonomik Büyüme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40E0BF" w14:textId="77777777" w:rsidR="002A2056" w:rsidRDefault="001C6D6D">
            <w:pPr>
              <w:jc w:val="center"/>
            </w:pPr>
            <w:sdt>
              <w:sdtPr>
                <w:alias w:val="CHECK_3141"/>
                <w:tag w:val="CHECK_3141"/>
                <w:id w:val="3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FAB63D" w14:textId="77777777" w:rsidR="002A2056" w:rsidRDefault="001C6D6D">
            <w:pPr>
              <w:jc w:val="center"/>
            </w:pPr>
            <w:sdt>
              <w:sdtPr>
                <w:alias w:val="CHECK_3142"/>
                <w:tag w:val="CHECK_3142"/>
                <w:id w:val="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2DF424" w14:textId="77777777" w:rsidR="002A2056" w:rsidRDefault="001C6D6D">
            <w:pPr>
              <w:jc w:val="center"/>
            </w:pPr>
            <w:sdt>
              <w:sdtPr>
                <w:alias w:val="CHECK_3143"/>
                <w:tag w:val="CHECK_3143"/>
                <w:id w:val="3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FBC279" w14:textId="77777777" w:rsidR="002A2056" w:rsidRDefault="001C6D6D">
            <w:pPr>
              <w:jc w:val="center"/>
            </w:pPr>
            <w:sdt>
              <w:sdtPr>
                <w:alias w:val="CHECK_3144"/>
                <w:tag w:val="CHECK_3144"/>
                <w:id w:val="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4F0D7D58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1657E9" w14:textId="77777777" w:rsidR="002A2056" w:rsidRDefault="001C6D6D">
            <w:r>
              <w:rPr>
                <w:sz w:val="15"/>
              </w:rPr>
              <w:t>9. Sanayi, Yenilikçilik ve Altyapı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37888B" w14:textId="77777777" w:rsidR="002A2056" w:rsidRDefault="001C6D6D">
            <w:pPr>
              <w:jc w:val="center"/>
            </w:pPr>
            <w:sdt>
              <w:sdtPr>
                <w:alias w:val="CHECK_3145"/>
                <w:tag w:val="CHECK_3145"/>
                <w:id w:val="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7E22ED" w14:textId="77777777" w:rsidR="002A2056" w:rsidRDefault="001C6D6D">
            <w:pPr>
              <w:jc w:val="center"/>
            </w:pPr>
            <w:sdt>
              <w:sdtPr>
                <w:alias w:val="CHECK_3146"/>
                <w:tag w:val="CHECK_3146"/>
                <w:id w:val="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0E9D31" w14:textId="77777777" w:rsidR="002A2056" w:rsidRDefault="001C6D6D">
            <w:pPr>
              <w:jc w:val="center"/>
            </w:pPr>
            <w:sdt>
              <w:sdtPr>
                <w:alias w:val="CHECK_3147"/>
                <w:tag w:val="CHECK_3147"/>
                <w:id w:val="3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B11208" w14:textId="77777777" w:rsidR="002A2056" w:rsidRDefault="001C6D6D">
            <w:pPr>
              <w:jc w:val="center"/>
            </w:pPr>
            <w:sdt>
              <w:sdtPr>
                <w:alias w:val="CHECK_3148"/>
                <w:tag w:val="CHECK_3148"/>
                <w:id w:val="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77627C9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8E7AE6" w14:textId="77777777" w:rsidR="002A2056" w:rsidRDefault="001C6D6D">
            <w:r>
              <w:rPr>
                <w:sz w:val="15"/>
              </w:rPr>
              <w:t>10. Eşitsizliklerin Azaltılması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0DB2E8" w14:textId="77777777" w:rsidR="002A2056" w:rsidRDefault="001C6D6D">
            <w:pPr>
              <w:jc w:val="center"/>
            </w:pPr>
            <w:sdt>
              <w:sdtPr>
                <w:alias w:val="CHECK_3149"/>
                <w:tag w:val="CHECK_3149"/>
                <w:id w:val="3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953098" w14:textId="77777777" w:rsidR="002A2056" w:rsidRDefault="001C6D6D">
            <w:pPr>
              <w:jc w:val="center"/>
            </w:pPr>
            <w:sdt>
              <w:sdtPr>
                <w:alias w:val="CHECK_3150"/>
                <w:tag w:val="CHECK_3150"/>
                <w:id w:val="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76078A" w14:textId="77777777" w:rsidR="002A2056" w:rsidRDefault="001C6D6D">
            <w:pPr>
              <w:jc w:val="center"/>
            </w:pPr>
            <w:sdt>
              <w:sdtPr>
                <w:alias w:val="CHECK_3151"/>
                <w:tag w:val="CHECK_3151"/>
                <w:id w:val="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0C2E8C" w14:textId="77777777" w:rsidR="002A2056" w:rsidRDefault="001C6D6D">
            <w:pPr>
              <w:jc w:val="center"/>
            </w:pPr>
            <w:sdt>
              <w:sdtPr>
                <w:alias w:val="CHECK_3152"/>
                <w:tag w:val="CHECK_3152"/>
                <w:id w:val="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422A754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535F04" w14:textId="77777777" w:rsidR="002A2056" w:rsidRDefault="001C6D6D">
            <w:r>
              <w:rPr>
                <w:sz w:val="15"/>
              </w:rPr>
              <w:t>11. Sürdürülebilir Şehirler ve Topluluklar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70D71F" w14:textId="77777777" w:rsidR="002A2056" w:rsidRDefault="001C6D6D">
            <w:pPr>
              <w:jc w:val="center"/>
            </w:pPr>
            <w:sdt>
              <w:sdtPr>
                <w:alias w:val="CHECK_3153"/>
                <w:tag w:val="CHECK_3153"/>
                <w:id w:val="3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F9A2B7" w14:textId="77777777" w:rsidR="002A2056" w:rsidRDefault="001C6D6D">
            <w:pPr>
              <w:jc w:val="center"/>
            </w:pPr>
            <w:sdt>
              <w:sdtPr>
                <w:alias w:val="CHECK_3154"/>
                <w:tag w:val="CHECK_3154"/>
                <w:id w:val="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E43A3F" w14:textId="77777777" w:rsidR="002A2056" w:rsidRDefault="001C6D6D">
            <w:pPr>
              <w:jc w:val="center"/>
            </w:pPr>
            <w:sdt>
              <w:sdtPr>
                <w:alias w:val="CHECK_3155"/>
                <w:tag w:val="CHECK_3155"/>
                <w:id w:val="3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9B4ECA" w14:textId="77777777" w:rsidR="002A2056" w:rsidRDefault="001C6D6D">
            <w:pPr>
              <w:jc w:val="center"/>
            </w:pPr>
            <w:sdt>
              <w:sdtPr>
                <w:alias w:val="CHECK_3156"/>
                <w:tag w:val="CHECK_3156"/>
                <w:id w:val="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75812B5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E2BD3F" w14:textId="77777777" w:rsidR="002A2056" w:rsidRDefault="001C6D6D">
            <w:r>
              <w:rPr>
                <w:sz w:val="15"/>
              </w:rPr>
              <w:t xml:space="preserve">12. </w:t>
            </w:r>
            <w:r>
              <w:rPr>
                <w:sz w:val="15"/>
              </w:rPr>
              <w:t>Sorumlu Üretim ve Tüketim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831585" w14:textId="77777777" w:rsidR="002A2056" w:rsidRDefault="001C6D6D">
            <w:pPr>
              <w:jc w:val="center"/>
            </w:pPr>
            <w:sdt>
              <w:sdtPr>
                <w:alias w:val="CHECK_3157"/>
                <w:tag w:val="CHECK_3157"/>
                <w:id w:val="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DD5E12" w14:textId="77777777" w:rsidR="002A2056" w:rsidRDefault="001C6D6D">
            <w:pPr>
              <w:jc w:val="center"/>
            </w:pPr>
            <w:sdt>
              <w:sdtPr>
                <w:alias w:val="CHECK_3158"/>
                <w:tag w:val="CHECK_3158"/>
                <w:id w:val="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6E8858" w14:textId="77777777" w:rsidR="002A2056" w:rsidRDefault="001C6D6D">
            <w:pPr>
              <w:jc w:val="center"/>
            </w:pPr>
            <w:sdt>
              <w:sdtPr>
                <w:alias w:val="CHECK_3159"/>
                <w:tag w:val="CHECK_3159"/>
                <w:id w:val="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716D77" w14:textId="77777777" w:rsidR="002A2056" w:rsidRDefault="001C6D6D">
            <w:pPr>
              <w:jc w:val="center"/>
            </w:pPr>
            <w:sdt>
              <w:sdtPr>
                <w:alias w:val="CHECK_3160"/>
                <w:tag w:val="CHECK_3160"/>
                <w:id w:val="3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5F431E28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69BDBD" w14:textId="77777777" w:rsidR="002A2056" w:rsidRDefault="001C6D6D">
            <w:r>
              <w:rPr>
                <w:sz w:val="15"/>
              </w:rPr>
              <w:t>13. İklim Eylemi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A100F5" w14:textId="77777777" w:rsidR="002A2056" w:rsidRDefault="001C6D6D">
            <w:pPr>
              <w:jc w:val="center"/>
            </w:pPr>
            <w:sdt>
              <w:sdtPr>
                <w:alias w:val="CHECK_3161"/>
                <w:tag w:val="CHECK_3161"/>
                <w:id w:val="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AE963C" w14:textId="77777777" w:rsidR="002A2056" w:rsidRDefault="001C6D6D">
            <w:pPr>
              <w:jc w:val="center"/>
            </w:pPr>
            <w:sdt>
              <w:sdtPr>
                <w:alias w:val="CHECK_3162"/>
                <w:tag w:val="CHECK_3162"/>
                <w:id w:val="3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C676D4" w14:textId="77777777" w:rsidR="002A2056" w:rsidRDefault="001C6D6D">
            <w:pPr>
              <w:jc w:val="center"/>
            </w:pPr>
            <w:sdt>
              <w:sdtPr>
                <w:alias w:val="CHECK_3163"/>
                <w:tag w:val="CHECK_3163"/>
                <w:id w:val="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C986BF" w14:textId="77777777" w:rsidR="002A2056" w:rsidRDefault="001C6D6D">
            <w:pPr>
              <w:jc w:val="center"/>
            </w:pPr>
            <w:sdt>
              <w:sdtPr>
                <w:alias w:val="CHECK_3164"/>
                <w:tag w:val="CHECK_3164"/>
                <w:id w:val="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63DA941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E8DD64" w14:textId="77777777" w:rsidR="002A2056" w:rsidRDefault="001C6D6D">
            <w:r>
              <w:rPr>
                <w:sz w:val="15"/>
              </w:rPr>
              <w:t>14. Sudaki Yaşam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821EA4" w14:textId="77777777" w:rsidR="002A2056" w:rsidRDefault="001C6D6D">
            <w:pPr>
              <w:jc w:val="center"/>
            </w:pPr>
            <w:sdt>
              <w:sdtPr>
                <w:alias w:val="CHECK_3165"/>
                <w:tag w:val="CHECK_3165"/>
                <w:id w:val="3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DE6733" w14:textId="77777777" w:rsidR="002A2056" w:rsidRDefault="001C6D6D">
            <w:pPr>
              <w:jc w:val="center"/>
            </w:pPr>
            <w:sdt>
              <w:sdtPr>
                <w:alias w:val="CHECK_3166"/>
                <w:tag w:val="CHECK_3166"/>
                <w:id w:val="3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29DF7A" w14:textId="77777777" w:rsidR="002A2056" w:rsidRDefault="001C6D6D">
            <w:pPr>
              <w:jc w:val="center"/>
            </w:pPr>
            <w:sdt>
              <w:sdtPr>
                <w:alias w:val="CHECK_3167"/>
                <w:tag w:val="CHECK_3167"/>
                <w:id w:val="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6F1DE5" w14:textId="77777777" w:rsidR="002A2056" w:rsidRDefault="001C6D6D">
            <w:pPr>
              <w:jc w:val="center"/>
            </w:pPr>
            <w:sdt>
              <w:sdtPr>
                <w:alias w:val="CHECK_3168"/>
                <w:tag w:val="CHECK_3168"/>
                <w:id w:val="3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36183B1A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70DFAC" w14:textId="77777777" w:rsidR="002A2056" w:rsidRDefault="001C6D6D">
            <w:r>
              <w:rPr>
                <w:sz w:val="15"/>
              </w:rPr>
              <w:t>15. Karasal Yaşam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4199BC" w14:textId="77777777" w:rsidR="002A2056" w:rsidRDefault="001C6D6D">
            <w:pPr>
              <w:jc w:val="center"/>
            </w:pPr>
            <w:sdt>
              <w:sdtPr>
                <w:alias w:val="CHECK_3169"/>
                <w:tag w:val="CHECK_3169"/>
                <w:id w:val="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B38960" w14:textId="77777777" w:rsidR="002A2056" w:rsidRDefault="001C6D6D">
            <w:pPr>
              <w:jc w:val="center"/>
            </w:pPr>
            <w:sdt>
              <w:sdtPr>
                <w:alias w:val="CHECK_3170"/>
                <w:tag w:val="CHECK_3170"/>
                <w:id w:val="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AA1E09" w14:textId="77777777" w:rsidR="002A2056" w:rsidRDefault="001C6D6D">
            <w:pPr>
              <w:jc w:val="center"/>
            </w:pPr>
            <w:sdt>
              <w:sdtPr>
                <w:alias w:val="CHECK_3171"/>
                <w:tag w:val="CHECK_3171"/>
                <w:id w:val="3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4F2A57" w14:textId="77777777" w:rsidR="002A2056" w:rsidRDefault="001C6D6D">
            <w:pPr>
              <w:jc w:val="center"/>
            </w:pPr>
            <w:sdt>
              <w:sdtPr>
                <w:alias w:val="CHECK_3172"/>
                <w:tag w:val="CHECK_3172"/>
                <w:id w:val="3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51423D04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A012B6" w14:textId="77777777" w:rsidR="002A2056" w:rsidRDefault="001C6D6D">
            <w:r>
              <w:rPr>
                <w:sz w:val="15"/>
              </w:rPr>
              <w:t>16. Barış, Adalet ve Güçlü Kurumlar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FAA7C8" w14:textId="77777777" w:rsidR="002A2056" w:rsidRDefault="001C6D6D">
            <w:pPr>
              <w:jc w:val="center"/>
            </w:pPr>
            <w:sdt>
              <w:sdtPr>
                <w:alias w:val="CHECK_3173"/>
                <w:tag w:val="CHECK_3173"/>
                <w:id w:val="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03916D" w14:textId="77777777" w:rsidR="002A2056" w:rsidRDefault="001C6D6D">
            <w:pPr>
              <w:jc w:val="center"/>
            </w:pPr>
            <w:sdt>
              <w:sdtPr>
                <w:alias w:val="CHECK_3174"/>
                <w:tag w:val="CHECK_3174"/>
                <w:id w:val="3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EEE069" w14:textId="77777777" w:rsidR="002A2056" w:rsidRDefault="001C6D6D">
            <w:pPr>
              <w:jc w:val="center"/>
            </w:pPr>
            <w:sdt>
              <w:sdtPr>
                <w:alias w:val="CHECK_3175"/>
                <w:tag w:val="CHECK_3175"/>
                <w:id w:val="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23DF81" w14:textId="77777777" w:rsidR="002A2056" w:rsidRDefault="001C6D6D">
            <w:pPr>
              <w:jc w:val="center"/>
            </w:pPr>
            <w:sdt>
              <w:sdtPr>
                <w:alias w:val="CHECK_3176"/>
                <w:tag w:val="CHECK_3176"/>
                <w:id w:val="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  <w:tr w:rsidR="002A2056" w14:paraId="3F7339F7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2BA488" w14:textId="77777777" w:rsidR="002A2056" w:rsidRDefault="001C6D6D">
            <w:r>
              <w:rPr>
                <w:sz w:val="15"/>
              </w:rPr>
              <w:t>17. Amaçlar İçin Ortaklıklar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53ECB2" w14:textId="77777777" w:rsidR="002A2056" w:rsidRDefault="001C6D6D">
            <w:pPr>
              <w:jc w:val="center"/>
            </w:pPr>
            <w:sdt>
              <w:sdtPr>
                <w:alias w:val="CHECK_3177"/>
                <w:tag w:val="CHECK_3177"/>
                <w:id w:val="3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AC22BB" w14:textId="77777777" w:rsidR="002A2056" w:rsidRDefault="001C6D6D">
            <w:pPr>
              <w:jc w:val="center"/>
            </w:pPr>
            <w:sdt>
              <w:sdtPr>
                <w:alias w:val="CHECK_3178"/>
                <w:tag w:val="CHECK_3178"/>
                <w:id w:val="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BD575E" w14:textId="77777777" w:rsidR="002A2056" w:rsidRDefault="001C6D6D">
            <w:pPr>
              <w:jc w:val="center"/>
            </w:pPr>
            <w:sdt>
              <w:sdtPr>
                <w:alias w:val="CHECK_3179"/>
                <w:tag w:val="CHECK_3179"/>
                <w:id w:val="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CD9FAA" w14:textId="77777777" w:rsidR="002A2056" w:rsidRDefault="001C6D6D">
            <w:pPr>
              <w:jc w:val="center"/>
            </w:pPr>
            <w:sdt>
              <w:sdtPr>
                <w:alias w:val="CHECK_3180"/>
                <w:tag w:val="CHECK_3180"/>
                <w:id w:val="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</w:p>
        </w:tc>
      </w:tr>
    </w:tbl>
    <w:p w14:paraId="42838036" w14:textId="77777777" w:rsidR="002A2056" w:rsidRDefault="002A2056">
      <w:pPr>
        <w:spacing w:after="40"/>
      </w:pPr>
    </w:p>
    <w:p w14:paraId="49DA7C65" w14:textId="77777777" w:rsidR="002A2056" w:rsidRDefault="001C6D6D">
      <w:sdt>
        <w:sdtPr>
          <w:alias w:val="CHECK_3181"/>
          <w:tag w:val="CHECK_3181"/>
          <w:id w:val="3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t>☐</w:t>
          </w:r>
        </w:sdtContent>
      </w:sdt>
      <w:r>
        <w:rPr>
          <w:b/>
        </w:rPr>
        <w:t xml:space="preserve">  BM Etkisi Yok - Faaliyet hiçbir BM Sürdürülebilir Kalkınma Amacı ile ilişkili değildir.</w:t>
      </w:r>
    </w:p>
    <w:p w14:paraId="5DE3144B" w14:textId="77777777" w:rsidR="002A2056" w:rsidRDefault="001C6D6D">
      <w:pPr>
        <w:spacing w:after="80"/>
      </w:pPr>
      <w:r>
        <w:rPr>
          <w:b/>
          <w:sz w:val="16"/>
        </w:rPr>
        <w:t xml:space="preserve">Etki düzeyi tanımı: </w:t>
      </w:r>
      <w:r>
        <w:rPr>
          <w:color w:val="505050"/>
          <w:sz w:val="16"/>
        </w:rPr>
        <w:t xml:space="preserve">Yüksek Etki = ilgili amaca doğrudan hizmet eder ve ölçülebilir çıktı/sonuç üretir.  |  Orta Etki = amacı destekler ancak etkisi ikincil veya </w:t>
      </w:r>
      <w:r>
        <w:rPr>
          <w:color w:val="505050"/>
          <w:sz w:val="16"/>
        </w:rPr>
        <w:t>dolaylıdır.  |  Düşük Etki = sınırlı ilişki; farkındalık veya destekleyici/dolaylı katkı düzeyindedir.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5109987D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8E66C6" w14:textId="77777777" w:rsidR="002A2056" w:rsidRDefault="001C6D6D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6. KAYNAK BİLGİSİ</w:t>
            </w:r>
          </w:p>
        </w:tc>
      </w:tr>
    </w:tbl>
    <w:p w14:paraId="782BD63D" w14:textId="77777777" w:rsidR="002A2056" w:rsidRDefault="001C6D6D">
      <w:pPr>
        <w:spacing w:before="60" w:after="120"/>
      </w:pPr>
      <w:r>
        <w:rPr>
          <w:i/>
          <w:color w:val="5A5A5A"/>
          <w:sz w:val="17"/>
        </w:rPr>
        <w:t xml:space="preserve">Kaynak bilgileri doldurulmadan kayıt yapılırsa KGYS’de kaynak tahsisi “0” varsayılır. Birden fazla bütçe kalemi/kaynak varsa her biri </w:t>
      </w:r>
      <w:r>
        <w:rPr>
          <w:i/>
          <w:color w:val="5A5A5A"/>
          <w:sz w:val="17"/>
        </w:rPr>
        <w:t>için ayrı satır kullanınız.</w:t>
      </w:r>
    </w:p>
    <w:p w14:paraId="44C6D267" w14:textId="77777777" w:rsidR="002A2056" w:rsidRDefault="001C6D6D">
      <w:pPr>
        <w:keepNext/>
        <w:spacing w:after="40"/>
      </w:pPr>
      <w:r>
        <w:rPr>
          <w:b/>
          <w:color w:val="1F4E78"/>
          <w:sz w:val="19"/>
        </w:rPr>
        <w:t>Bütçe Kalemi Seçenekleri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A2056" w14:paraId="1B9D6803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829728" w14:textId="77777777" w:rsidR="002A2056" w:rsidRDefault="001C6D6D">
            <w:sdt>
              <w:sdtPr>
                <w:alias w:val="CHECK_3182"/>
                <w:tag w:val="CHECK_3182"/>
                <w:id w:val="3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Personel Giderleri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ED95ED" w14:textId="77777777" w:rsidR="002A2056" w:rsidRDefault="001C6D6D">
            <w:sdt>
              <w:sdtPr>
                <w:alias w:val="CHECK_3183"/>
                <w:tag w:val="CHECK_3183"/>
                <w:id w:val="3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Seyahat, Konaklama ve Ulaşım</w:t>
            </w:r>
          </w:p>
        </w:tc>
      </w:tr>
      <w:tr w:rsidR="002A2056" w14:paraId="5A04583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ABF670" w14:textId="77777777" w:rsidR="002A2056" w:rsidRDefault="001C6D6D">
            <w:sdt>
              <w:sdtPr>
                <w:alias w:val="CHECK_3184"/>
                <w:tag w:val="CHECK_3184"/>
                <w:id w:val="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Eğitim ve Etkinlik Giderleri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19D4C4" w14:textId="77777777" w:rsidR="002A2056" w:rsidRDefault="001C6D6D">
            <w:sdt>
              <w:sdtPr>
                <w:alias w:val="CHECK_3185"/>
                <w:tag w:val="CHECK_3185"/>
                <w:id w:val="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Baskı, Yayın ve Tanıtım</w:t>
            </w:r>
          </w:p>
        </w:tc>
      </w:tr>
      <w:tr w:rsidR="002A2056" w14:paraId="514F07C4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BA1D2F" w14:textId="77777777" w:rsidR="002A2056" w:rsidRDefault="001C6D6D">
            <w:sdt>
              <w:sdtPr>
                <w:alias w:val="CHECK_3186"/>
                <w:tag w:val="CHECK_3186"/>
                <w:id w:val="3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Kırtasiye ve Sarf Malzemeleri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FE8C09" w14:textId="77777777" w:rsidR="002A2056" w:rsidRDefault="001C6D6D">
            <w:sdt>
              <w:sdtPr>
                <w:alias w:val="CHECK_3187"/>
                <w:tag w:val="CHECK_3187"/>
                <w:id w:val="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Makine, Teçhizat ve Yazılım</w:t>
            </w:r>
          </w:p>
        </w:tc>
      </w:tr>
      <w:tr w:rsidR="002A2056" w14:paraId="3163B34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E9C384" w14:textId="77777777" w:rsidR="002A2056" w:rsidRDefault="001C6D6D">
            <w:sdt>
              <w:sdtPr>
                <w:alias w:val="CHECK_3188"/>
                <w:tag w:val="CHECK_3188"/>
                <w:id w:val="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Hizmet Alımları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5FE8C93" w14:textId="77777777" w:rsidR="002A2056" w:rsidRDefault="001C6D6D">
            <w:sdt>
              <w:sdtPr>
                <w:alias w:val="CHECK_3189"/>
                <w:tag w:val="CHECK_3189"/>
                <w:id w:val="3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Bilimsel Yayın ve Araştırma Giderleri</w:t>
            </w:r>
          </w:p>
        </w:tc>
      </w:tr>
      <w:tr w:rsidR="002A2056" w14:paraId="646CB2D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E17665" w14:textId="77777777" w:rsidR="002A2056" w:rsidRDefault="001C6D6D">
            <w:sdt>
              <w:sdtPr>
                <w:alias w:val="CHECK_3190"/>
                <w:tag w:val="CHECK_3190"/>
                <w:id w:val="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Burs, Ödül ve Teşvikler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87E518" w14:textId="77777777" w:rsidR="002A2056" w:rsidRDefault="001C6D6D">
            <w:sdt>
              <w:sdtPr>
                <w:alias w:val="CHECK_3191"/>
                <w:tag w:val="CHECK_3191"/>
                <w:id w:val="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</w:tr>
    </w:tbl>
    <w:p w14:paraId="3915DC3D" w14:textId="77777777" w:rsidR="002A2056" w:rsidRDefault="002A2056">
      <w:pPr>
        <w:spacing w:after="40"/>
      </w:pPr>
    </w:p>
    <w:p w14:paraId="16AEECD9" w14:textId="77777777" w:rsidR="002A2056" w:rsidRDefault="001C6D6D">
      <w:pPr>
        <w:keepNext/>
        <w:spacing w:after="40"/>
      </w:pPr>
      <w:r>
        <w:rPr>
          <w:b/>
          <w:color w:val="1F4E78"/>
          <w:sz w:val="19"/>
        </w:rPr>
        <w:t>Finansman Kaynağı Seçenekleri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A2056" w14:paraId="49BBB54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C10EC2" w14:textId="77777777" w:rsidR="002A2056" w:rsidRDefault="001C6D6D">
            <w:sdt>
              <w:sdtPr>
                <w:alias w:val="CHECK_3192"/>
                <w:tag w:val="CHECK_3192"/>
                <w:id w:val="3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Üniversite Öz Bütçesi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5FFEB8" w14:textId="77777777" w:rsidR="002A2056" w:rsidRDefault="001C6D6D">
            <w:sdt>
              <w:sdtPr>
                <w:alias w:val="CHECK_3193"/>
                <w:tag w:val="CHECK_3193"/>
                <w:id w:val="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Döner Sermaye</w:t>
            </w:r>
          </w:p>
        </w:tc>
      </w:tr>
      <w:tr w:rsidR="002A2056" w14:paraId="581C681D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2750B8" w14:textId="77777777" w:rsidR="002A2056" w:rsidRDefault="001C6D6D">
            <w:sdt>
              <w:sdtPr>
                <w:alias w:val="CHECK_3194"/>
                <w:tag w:val="CHECK_3194"/>
                <w:id w:val="3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Bilimsel Araştırma Projeleri (BAP)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508574" w14:textId="77777777" w:rsidR="002A2056" w:rsidRDefault="001C6D6D">
            <w:sdt>
              <w:sdtPr>
                <w:alias w:val="CHECK_3195"/>
                <w:tag w:val="CHECK_3195"/>
                <w:id w:val="3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TÜBİTAK</w:t>
            </w:r>
          </w:p>
        </w:tc>
      </w:tr>
      <w:tr w:rsidR="002A2056" w14:paraId="7D16F0BD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D30A7C" w14:textId="77777777" w:rsidR="002A2056" w:rsidRDefault="001C6D6D">
            <w:sdt>
              <w:sdtPr>
                <w:alias w:val="CHECK_3196"/>
                <w:tag w:val="CHECK_3196"/>
                <w:id w:val="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Erasmus+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460ABE" w14:textId="77777777" w:rsidR="002A2056" w:rsidRDefault="001C6D6D">
            <w:sdt>
              <w:sdtPr>
                <w:alias w:val="CHECK_3197"/>
                <w:tag w:val="CHECK_3197"/>
                <w:id w:val="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Avrupa Birliği Projesi</w:t>
            </w:r>
          </w:p>
        </w:tc>
      </w:tr>
      <w:tr w:rsidR="002A2056" w14:paraId="2FB150B6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1E7B11" w14:textId="77777777" w:rsidR="002A2056" w:rsidRDefault="001C6D6D">
            <w:sdt>
              <w:sdtPr>
                <w:alias w:val="CHECK_3198"/>
                <w:tag w:val="CHECK_3198"/>
                <w:id w:val="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Kalkınma Ajansı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64377B" w14:textId="77777777" w:rsidR="002A2056" w:rsidRDefault="001C6D6D">
            <w:sdt>
              <w:sdtPr>
                <w:alias w:val="CHECK_3199"/>
                <w:tag w:val="CHECK_3199"/>
                <w:id w:val="3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Bakanlık Desteği</w:t>
            </w:r>
          </w:p>
        </w:tc>
      </w:tr>
      <w:tr w:rsidR="002A2056" w14:paraId="754D60E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722697" w14:textId="77777777" w:rsidR="002A2056" w:rsidRDefault="001C6D6D">
            <w:sdt>
              <w:sdtPr>
                <w:alias w:val="CHECK_3200"/>
                <w:tag w:val="CHECK_3200"/>
                <w:id w:val="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 Kamu Kurumu Desteği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3F4BD7" w14:textId="77777777" w:rsidR="002A2056" w:rsidRDefault="001C6D6D">
            <w:sdt>
              <w:sdtPr>
                <w:alias w:val="CHECK_3201"/>
                <w:tag w:val="CHECK_3201"/>
                <w:id w:val="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Özel Sektör / Sponsor</w:t>
            </w:r>
          </w:p>
        </w:tc>
      </w:tr>
      <w:tr w:rsidR="002A2056" w14:paraId="55E47B63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8B6A0A" w14:textId="77777777" w:rsidR="002A2056" w:rsidRDefault="001C6D6D">
            <w:sdt>
              <w:sdtPr>
                <w:alias w:val="CHECK_3202"/>
                <w:tag w:val="CHECK_3202"/>
                <w:id w:val="3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Bağış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6FDFAA" w14:textId="77777777" w:rsidR="002A2056" w:rsidRDefault="001C6D6D">
            <w:sdt>
              <w:sdtPr>
                <w:alias w:val="CHECK_3203"/>
                <w:tag w:val="CHECK_3203"/>
                <w:id w:val="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Katılım Ücreti</w:t>
            </w:r>
          </w:p>
        </w:tc>
      </w:tr>
      <w:tr w:rsidR="002A2056" w14:paraId="46C34826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5E5DC1" w14:textId="77777777" w:rsidR="002A2056" w:rsidRDefault="001C6D6D">
            <w:sdt>
              <w:sdtPr>
                <w:alias w:val="CHECK_3204"/>
                <w:tag w:val="CHECK_3204"/>
                <w:id w:val="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  <w:tc>
          <w:tcPr>
            <w:tcW w:w="5298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3F9851" w14:textId="77777777" w:rsidR="002A2056" w:rsidRDefault="002A2056"/>
        </w:tc>
      </w:tr>
    </w:tbl>
    <w:p w14:paraId="4CB3A2DC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701"/>
        <w:gridCol w:w="2665"/>
        <w:gridCol w:w="2891"/>
      </w:tblGrid>
      <w:tr w:rsidR="002A2056" w14:paraId="7D51E5B6" w14:textId="77777777">
        <w:trPr>
          <w:tblHeader/>
          <w:jc w:val="center"/>
        </w:trPr>
        <w:tc>
          <w:tcPr>
            <w:tcW w:w="2268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7BAF96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6"/>
              </w:rPr>
              <w:t>Bütçe Kalemi</w:t>
            </w:r>
          </w:p>
        </w:tc>
        <w:tc>
          <w:tcPr>
            <w:tcW w:w="170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0BC2EA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6"/>
              </w:rPr>
              <w:t>Harcanan Tutar</w:t>
            </w:r>
          </w:p>
        </w:tc>
        <w:tc>
          <w:tcPr>
            <w:tcW w:w="2665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417868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6"/>
              </w:rPr>
              <w:t>Finansman Kaynağı</w:t>
            </w:r>
          </w:p>
        </w:tc>
        <w:tc>
          <w:tcPr>
            <w:tcW w:w="289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B4E8BF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6"/>
              </w:rPr>
              <w:t>Açıklama</w:t>
            </w:r>
          </w:p>
        </w:tc>
      </w:tr>
      <w:tr w:rsidR="002A2056" w14:paraId="4675B614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E680E9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EC45FC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459822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EA240D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  <w:tr w:rsidR="002A2056" w14:paraId="00C86A5F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D6EF50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A7A5EE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957B71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AD920A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  <w:tr w:rsidR="002A2056" w14:paraId="392371AC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A55EBC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3009D3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F5931F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19D594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  <w:tr w:rsidR="002A2056" w14:paraId="70A5402D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CCA456" w14:textId="77777777" w:rsidR="002A2056" w:rsidRDefault="001C6D6D">
            <w:r>
              <w:rPr>
                <w:sz w:val="16"/>
              </w:rPr>
              <w:lastRenderedPageBreak/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C92A59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6A472A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38DDE4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</w:tbl>
    <w:p w14:paraId="0E9C0213" w14:textId="77777777" w:rsidR="002A2056" w:rsidRDefault="002A2056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6463B32E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0852F8" w14:textId="77777777" w:rsidR="002A2056" w:rsidRDefault="001C6D6D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7. KANITLAR</w:t>
            </w:r>
          </w:p>
        </w:tc>
      </w:tr>
    </w:tbl>
    <w:p w14:paraId="5FDDE9AA" w14:textId="77777777" w:rsidR="002A2056" w:rsidRDefault="001C6D6D">
      <w:pPr>
        <w:spacing w:before="60" w:after="120"/>
      </w:pPr>
      <w:r>
        <w:rPr>
          <w:i/>
          <w:color w:val="5A5A5A"/>
          <w:sz w:val="17"/>
        </w:rPr>
        <w:t>Bu bölümde yalnızca KGYS’ye yüklenecek kanıtların PUKÖ aşaması ve dosya bilgisi alınmaktadır. Ayrıntılı Kanıt Rehberi ayrıca hazırlanacaktır.</w:t>
      </w:r>
    </w:p>
    <w:p w14:paraId="5F5A058F" w14:textId="77777777" w:rsidR="002A2056" w:rsidRDefault="001C6D6D">
      <w:pPr>
        <w:keepNext/>
        <w:spacing w:after="40"/>
      </w:pPr>
      <w:r>
        <w:rPr>
          <w:b/>
          <w:color w:val="1F4E78"/>
          <w:sz w:val="19"/>
        </w:rPr>
        <w:t xml:space="preserve">Kanıt Türü / PUKÖ </w:t>
      </w:r>
      <w:r>
        <w:rPr>
          <w:b/>
          <w:color w:val="1F4E78"/>
          <w:sz w:val="19"/>
        </w:rPr>
        <w:t>Aşaması *</w:t>
      </w:r>
      <w:r>
        <w:rPr>
          <w:i/>
          <w:color w:val="5A5A5A"/>
          <w:sz w:val="16"/>
        </w:rPr>
        <w:t xml:space="preserve">  Bir belge birden fazla aşamayı destekliyorsa her aşama için ayrı kayıt oluşturunuz.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A2056" w14:paraId="49D3D1A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9420E2" w14:textId="77777777" w:rsidR="002A2056" w:rsidRDefault="001C6D6D">
            <w:sdt>
              <w:sdtPr>
                <w:alias w:val="CHECK_3205"/>
                <w:tag w:val="CHECK_3205"/>
                <w:id w:val="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Planlama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BE4117" w14:textId="77777777" w:rsidR="002A2056" w:rsidRDefault="001C6D6D">
            <w:sdt>
              <w:sdtPr>
                <w:alias w:val="CHECK_3206"/>
                <w:tag w:val="CHECK_3206"/>
                <w:id w:val="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Uygulama / Gerçekleşme</w:t>
            </w:r>
          </w:p>
        </w:tc>
      </w:tr>
      <w:tr w:rsidR="002A2056" w14:paraId="561B79E8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1F5D71" w14:textId="77777777" w:rsidR="002A2056" w:rsidRDefault="001C6D6D">
            <w:sdt>
              <w:sdtPr>
                <w:alias w:val="CHECK_3207"/>
                <w:tag w:val="CHECK_3207"/>
                <w:id w:val="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Kontrol ve Değerlendirme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50AD76" w14:textId="77777777" w:rsidR="002A2056" w:rsidRDefault="001C6D6D">
            <w:sdt>
              <w:sdtPr>
                <w:alias w:val="CHECK_3208"/>
                <w:tag w:val="CHECK_3208"/>
                <w:id w:val="3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Önlem Alma / İyileştirme</w:t>
            </w:r>
          </w:p>
        </w:tc>
      </w:tr>
    </w:tbl>
    <w:p w14:paraId="7720A4CD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3402"/>
        <w:gridCol w:w="1701"/>
        <w:gridCol w:w="2041"/>
      </w:tblGrid>
      <w:tr w:rsidR="002A2056" w14:paraId="3584FAC6" w14:textId="77777777">
        <w:trPr>
          <w:tblHeader/>
          <w:jc w:val="center"/>
        </w:trPr>
        <w:tc>
          <w:tcPr>
            <w:tcW w:w="238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5F3F6A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6"/>
              </w:rPr>
              <w:t>PUKÖ Aşaması</w:t>
            </w:r>
          </w:p>
        </w:tc>
        <w:tc>
          <w:tcPr>
            <w:tcW w:w="3402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10918F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6"/>
              </w:rPr>
              <w:t>Kanıt Dosyası / Belge Adı</w:t>
            </w:r>
          </w:p>
        </w:tc>
        <w:tc>
          <w:tcPr>
            <w:tcW w:w="170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AD02CC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6"/>
              </w:rPr>
              <w:t xml:space="preserve">Dosya Eklendi mi? </w:t>
            </w:r>
            <w:r>
              <w:rPr>
                <w:b/>
                <w:color w:val="FFFFFF"/>
                <w:sz w:val="16"/>
              </w:rPr>
              <w:t>(E/H)</w:t>
            </w:r>
          </w:p>
        </w:tc>
        <w:tc>
          <w:tcPr>
            <w:tcW w:w="204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514305" w14:textId="77777777" w:rsidR="002A2056" w:rsidRDefault="001C6D6D">
            <w:pPr>
              <w:jc w:val="center"/>
            </w:pPr>
            <w:r>
              <w:rPr>
                <w:b/>
                <w:color w:val="FFFFFF"/>
                <w:sz w:val="16"/>
              </w:rPr>
              <w:t>Kısa Açıklama</w:t>
            </w:r>
          </w:p>
        </w:tc>
      </w:tr>
      <w:tr w:rsidR="002A2056" w14:paraId="724A48C6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953D3E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5B6004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7F7A41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81F2BE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  <w:tr w:rsidR="002A2056" w14:paraId="341026AB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D6C78C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B203D4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4997D0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51B818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  <w:tr w:rsidR="002A2056" w14:paraId="04AE560F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A84DF4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C36FB1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A0C246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49E3A0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  <w:tr w:rsidR="002A2056" w14:paraId="37C56DD4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282443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03FBA0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D9086F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2565F6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  <w:tr w:rsidR="002A2056" w14:paraId="76A2D3FF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13213A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EE8549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7C2BD7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AACDB8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  <w:tr w:rsidR="002A2056" w14:paraId="271C0E81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ABDAC4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F4783A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B53FE8" w14:textId="77777777" w:rsidR="002A2056" w:rsidRDefault="001C6D6D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618445" w14:textId="77777777" w:rsidR="002A2056" w:rsidRDefault="001C6D6D">
            <w:r>
              <w:rPr>
                <w:sz w:val="16"/>
              </w:rPr>
              <w:t xml:space="preserve"> </w:t>
            </w:r>
          </w:p>
        </w:tc>
      </w:tr>
    </w:tbl>
    <w:p w14:paraId="7A65309E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A2056" w14:paraId="7451FC83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721BA" w14:textId="77777777" w:rsidR="002A2056" w:rsidRDefault="001C6D6D">
            <w:r>
              <w:rPr>
                <w:b/>
              </w:rPr>
              <w:t>Toplam Katılımcı Sayısı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A587A8" w14:textId="77777777" w:rsidR="002A2056" w:rsidRDefault="001C6D6D">
            <w:r>
              <w:rPr>
                <w:color w:val="464646"/>
              </w:rPr>
              <w:t>................................................</w:t>
            </w:r>
          </w:p>
        </w:tc>
      </w:tr>
    </w:tbl>
    <w:p w14:paraId="08512E8C" w14:textId="77777777" w:rsidR="002A2056" w:rsidRDefault="002A2056">
      <w:pPr>
        <w:spacing w:after="40"/>
      </w:pPr>
    </w:p>
    <w:p w14:paraId="2D735533" w14:textId="77777777" w:rsidR="002A2056" w:rsidRDefault="001C6D6D">
      <w:pPr>
        <w:spacing w:after="120"/>
      </w:pPr>
      <w:r>
        <w:rPr>
          <w:i/>
          <w:color w:val="5A5A5A"/>
          <w:sz w:val="16"/>
        </w:rPr>
        <w:t>Not: Bu alan mevcut aşamada boş bırakılabilir; ancak faaliyet KGYS’de “Tamamlandı” olarak işaretlenecekse</w:t>
      </w:r>
      <w:r>
        <w:rPr>
          <w:i/>
          <w:color w:val="5A5A5A"/>
          <w:sz w:val="16"/>
        </w:rPr>
        <w:t xml:space="preserve"> doldurulması zorunludur.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3D1C447C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98630A" w14:textId="77777777" w:rsidR="002A2056" w:rsidRDefault="001C6D6D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8. BİLDİRİM VE KGYS’YE AKTARIM BİLGİLERİ</w:t>
            </w:r>
          </w:p>
        </w:tc>
      </w:tr>
    </w:tbl>
    <w:p w14:paraId="007C1853" w14:textId="77777777" w:rsidR="002A2056" w:rsidRDefault="001C6D6D">
      <w:pPr>
        <w:spacing w:before="60" w:after="120"/>
      </w:pPr>
      <w:r>
        <w:rPr>
          <w:i/>
          <w:color w:val="5A5A5A"/>
          <w:sz w:val="17"/>
        </w:rPr>
        <w:t>Bu bölüm formun kurumsal dolaşımını izlemek içindir; KGYS faaliyet alanlarından bağımsız operasyonel kayıt niteliğindedir.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394"/>
        <w:gridCol w:w="6382"/>
      </w:tblGrid>
      <w:tr w:rsidR="002A2056" w14:paraId="080CB1D4" w14:textId="77777777" w:rsidTr="00EB295C">
        <w:trPr>
          <w:jc w:val="center"/>
        </w:trPr>
        <w:tc>
          <w:tcPr>
            <w:tcW w:w="439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8BC24" w14:textId="77777777" w:rsidR="002A2056" w:rsidRDefault="001C6D6D">
            <w:r>
              <w:rPr>
                <w:b/>
              </w:rPr>
              <w:t>Bildirim Tarihi</w:t>
            </w:r>
          </w:p>
        </w:tc>
        <w:tc>
          <w:tcPr>
            <w:tcW w:w="63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169988" w14:textId="77777777" w:rsidR="002A2056" w:rsidRDefault="001C6D6D">
            <w:r>
              <w:rPr>
                <w:color w:val="464646"/>
              </w:rPr>
              <w:t>...... / ...... / 20......</w:t>
            </w:r>
          </w:p>
        </w:tc>
      </w:tr>
      <w:tr w:rsidR="002A2056" w14:paraId="5E045282" w14:textId="77777777" w:rsidTr="00EB295C">
        <w:trPr>
          <w:jc w:val="center"/>
        </w:trPr>
        <w:tc>
          <w:tcPr>
            <w:tcW w:w="439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EC710" w14:textId="77777777" w:rsidR="002A2056" w:rsidRDefault="001C6D6D">
            <w:r>
              <w:rPr>
                <w:b/>
              </w:rPr>
              <w:t xml:space="preserve">KGYS Birim Faaliyet </w:t>
            </w:r>
            <w:r>
              <w:rPr>
                <w:b/>
              </w:rPr>
              <w:t>Giriş Sorumlusu</w:t>
            </w:r>
          </w:p>
        </w:tc>
        <w:tc>
          <w:tcPr>
            <w:tcW w:w="63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F7A1BB" w14:textId="77777777" w:rsidR="002A2056" w:rsidRDefault="001C6D6D">
            <w:r>
              <w:rPr>
                <w:color w:val="464646"/>
              </w:rPr>
              <w:t>Ad Soyad: ...............................................................................................................</w:t>
            </w:r>
          </w:p>
        </w:tc>
      </w:tr>
      <w:tr w:rsidR="002A2056" w14:paraId="1018CFB1" w14:textId="77777777" w:rsidTr="00EB295C">
        <w:trPr>
          <w:jc w:val="center"/>
        </w:trPr>
        <w:tc>
          <w:tcPr>
            <w:tcW w:w="439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DE1B51" w14:textId="77777777" w:rsidR="002A2056" w:rsidRDefault="001C6D6D">
            <w:r>
              <w:rPr>
                <w:b/>
              </w:rPr>
              <w:t>KGYS’ye Aktarım Tarihi</w:t>
            </w:r>
          </w:p>
        </w:tc>
        <w:tc>
          <w:tcPr>
            <w:tcW w:w="63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AE750" w14:textId="77777777" w:rsidR="002A2056" w:rsidRDefault="001C6D6D">
            <w:r>
              <w:rPr>
                <w:color w:val="464646"/>
              </w:rPr>
              <w:t>...... / ...... / 20......</w:t>
            </w:r>
          </w:p>
        </w:tc>
      </w:tr>
    </w:tbl>
    <w:p w14:paraId="22E474DF" w14:textId="77777777" w:rsidR="002A2056" w:rsidRDefault="002A2056">
      <w:pPr>
        <w:spacing w:after="40"/>
      </w:pPr>
    </w:p>
    <w:p w14:paraId="31645200" w14:textId="77777777" w:rsidR="002A2056" w:rsidRDefault="001C6D6D">
      <w:pPr>
        <w:spacing w:before="80" w:after="40"/>
      </w:pPr>
      <w:r>
        <w:rPr>
          <w:b/>
          <w:color w:val="C00000"/>
        </w:rPr>
        <w:t>BİLDİRİM NOTU</w:t>
      </w:r>
    </w:p>
    <w:p w14:paraId="70AA8C4F" w14:textId="77777777" w:rsidR="002A2056" w:rsidRDefault="001C6D6D">
      <w:pPr>
        <w:spacing w:after="0"/>
      </w:pPr>
      <w:r>
        <w:rPr>
          <w:sz w:val="17"/>
        </w:rPr>
        <w:t xml:space="preserve">Bu formda yer alan faaliyet bilgileri ve kanıtlar, </w:t>
      </w:r>
      <w:r>
        <w:rPr>
          <w:sz w:val="17"/>
        </w:rPr>
        <w:t>faaliyeti bildiren/sorumlu birim veya kişi tarafından sağlanır. KGYS Birim Faaliyet Giriş Sorumlusu, kendisine iletilen bilgilerin sistem üzerindeki veri giriş ve güncellik takibini yürütür; faaliyetin içeriğine ilişkin sorumluluk ilgili faaliyet sorumlula</w:t>
      </w:r>
      <w:r>
        <w:rPr>
          <w:sz w:val="17"/>
        </w:rPr>
        <w:t>rına aittir.</w:t>
      </w:r>
    </w:p>
    <w:sectPr w:rsidR="002A2056" w:rsidSect="00034616">
      <w:headerReference w:type="default" r:id="rId8"/>
      <w:footerReference w:type="default" r:id="rId9"/>
      <w:pgSz w:w="12240" w:h="15840"/>
      <w:pgMar w:top="765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BA728" w14:textId="77777777" w:rsidR="001C6D6D" w:rsidRDefault="001C6D6D">
      <w:pPr>
        <w:spacing w:after="0" w:line="240" w:lineRule="auto"/>
      </w:pPr>
      <w:r>
        <w:separator/>
      </w:r>
    </w:p>
  </w:endnote>
  <w:endnote w:type="continuationSeparator" w:id="0">
    <w:p w14:paraId="45CB3413" w14:textId="77777777" w:rsidR="001C6D6D" w:rsidRDefault="001C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92EDB" w14:textId="628F61AA" w:rsidR="002A2056" w:rsidRDefault="001C6D6D">
    <w:pPr>
      <w:pStyle w:val="AltBilgi"/>
      <w:jc w:val="center"/>
    </w:pPr>
    <w:r>
      <w:rPr>
        <w:sz w:val="16"/>
      </w:rPr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2858E3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CB280" w14:textId="77777777" w:rsidR="001C6D6D" w:rsidRDefault="001C6D6D">
      <w:pPr>
        <w:spacing w:after="0" w:line="240" w:lineRule="auto"/>
      </w:pPr>
      <w:r>
        <w:separator/>
      </w:r>
    </w:p>
  </w:footnote>
  <w:footnote w:type="continuationSeparator" w:id="0">
    <w:p w14:paraId="26D55EE3" w14:textId="77777777" w:rsidR="001C6D6D" w:rsidRDefault="001C6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22A62" w14:textId="77777777" w:rsidR="002A2056" w:rsidRDefault="001C6D6D">
    <w:pPr>
      <w:pStyle w:val="stBilgi"/>
      <w:jc w:val="right"/>
    </w:pPr>
    <w:r>
      <w:rPr>
        <w:b/>
        <w:color w:val="1F4E78"/>
        <w:sz w:val="16"/>
      </w:rPr>
      <w:t>TRABZON ÜNİVERSİTESİ | KGYS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6C54"/>
    <w:rsid w:val="0006063C"/>
    <w:rsid w:val="0015074B"/>
    <w:rsid w:val="001C6D6D"/>
    <w:rsid w:val="002858E3"/>
    <w:rsid w:val="0029639D"/>
    <w:rsid w:val="002A2056"/>
    <w:rsid w:val="00324978"/>
    <w:rsid w:val="00326F90"/>
    <w:rsid w:val="00471BF5"/>
    <w:rsid w:val="00537FAC"/>
    <w:rsid w:val="006D277E"/>
    <w:rsid w:val="00746B76"/>
    <w:rsid w:val="007524CA"/>
    <w:rsid w:val="009B0723"/>
    <w:rsid w:val="00A83B8D"/>
    <w:rsid w:val="00AA1D8D"/>
    <w:rsid w:val="00B22CB2"/>
    <w:rsid w:val="00B47730"/>
    <w:rsid w:val="00C85C25"/>
    <w:rsid w:val="00CB0664"/>
    <w:rsid w:val="00DF3140"/>
    <w:rsid w:val="00E42E4C"/>
    <w:rsid w:val="00EB295C"/>
    <w:rsid w:val="00FA26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90B490"/>
  <w14:defaultImageDpi w14:val="300"/>
  <w15:docId w15:val="{7734BB22-1829-4AB6-937F-0E77070A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D47173-DEBB-4ABB-A639-6A04F02ED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1625</Words>
  <Characters>9263</Characters>
  <Application>Microsoft Office Word</Application>
  <DocSecurity>0</DocSecurity>
  <Lines>77</Lines>
  <Paragraphs>21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KGYS Faaliyet Veri Bildirim Formu</vt:lpstr>
      <vt:lpstr/>
    </vt:vector>
  </TitlesOfParts>
  <Manager/>
  <Company/>
  <LinksUpToDate>false</LinksUpToDate>
  <CharactersWithSpaces>10867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KGYS Faaliyet Veri Bildirim Formu</dc:title>
  <dc:subject>Trabzon Üniversitesi Kalite Güvence Yönetim Sistemi Faaliyet Veri Bildirim Formu</dc:subject>
  <dc:creator>Trabzon Üniversitesi</dc:creator>
  <cp:keywords>KGYS, faaliyet, veri bildirim formu, kalite güvencesi</cp:keywords>
  <dc:description>generated by python-docx</dc:description>
  <cp:lastModifiedBy>PC</cp:lastModifiedBy>
  <cp:revision>2</cp:revision>
  <dcterms:created xsi:type="dcterms:W3CDTF">2026-10-05T10:36:00Z</dcterms:created>
  <dcterms:modified xsi:type="dcterms:W3CDTF">2026-10-05T10:36:00Z</dcterms:modified>
  <cp:category/>
</cp:coreProperties>
</file>